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E5338" w14:textId="77777777" w:rsidR="00856BD3" w:rsidRPr="00856BD3" w:rsidRDefault="00856BD3" w:rsidP="00856BD3">
      <w:pPr>
        <w:widowControl w:val="0"/>
        <w:autoSpaceDE w:val="0"/>
        <w:autoSpaceDN w:val="0"/>
        <w:spacing w:before="13" w:after="0" w:line="240" w:lineRule="auto"/>
        <w:ind w:left="-284"/>
        <w:jc w:val="center"/>
        <w:rPr>
          <w:rFonts w:ascii="Trebuchet MS" w:eastAsia="Trebuchet MS" w:hAnsi="Trebuchet MS" w:cs="Trebuchet MS"/>
          <w:b/>
          <w:color w:val="FF0000"/>
          <w:sz w:val="20"/>
          <w:szCs w:val="20"/>
          <w:u w:val="thick" w:color="FF0000"/>
          <w:lang w:val="fr-FR"/>
        </w:rPr>
      </w:pPr>
      <w:r w:rsidRPr="00856BD3">
        <w:rPr>
          <w:rFonts w:ascii="Trebuchet MS" w:eastAsia="Trebuchet MS" w:hAnsi="Trebuchet MS" w:cs="Trebuchet MS"/>
          <w:b/>
          <w:color w:val="FF0000"/>
          <w:sz w:val="20"/>
          <w:szCs w:val="20"/>
          <w:u w:val="thick" w:color="FF0000"/>
          <w:lang w:val="fr-FR"/>
        </w:rPr>
        <w:t>AUCUNE INSCRIPTION NE SERA ACCEPTEE EN CAS DE DOSSIER INCOMPLET OU DE NON-PAIEMENT</w:t>
      </w:r>
    </w:p>
    <w:p w14:paraId="18EDDD6C" w14:textId="77777777" w:rsidR="00856BD3" w:rsidRDefault="00856BD3" w:rsidP="008234B8">
      <w:pPr>
        <w:pStyle w:val="TableParagraph"/>
        <w:spacing w:line="252" w:lineRule="auto"/>
        <w:ind w:left="-1191" w:right="-510"/>
        <w:jc w:val="center"/>
        <w:rPr>
          <w:rFonts w:asciiTheme="minorHAnsi" w:hAnsiTheme="minorHAnsi" w:cs="Arial"/>
          <w:b/>
          <w:bCs/>
          <w:sz w:val="16"/>
          <w:szCs w:val="16"/>
        </w:rPr>
      </w:pPr>
    </w:p>
    <w:tbl>
      <w:tblPr>
        <w:tblStyle w:val="TableNormal"/>
        <w:tblW w:w="11199"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1"/>
        <w:gridCol w:w="5368"/>
      </w:tblGrid>
      <w:tr w:rsidR="00856BD3" w14:paraId="69B140AB" w14:textId="77777777" w:rsidTr="00856BD3">
        <w:trPr>
          <w:trHeight w:val="397"/>
        </w:trPr>
        <w:tc>
          <w:tcPr>
            <w:tcW w:w="11199" w:type="dxa"/>
            <w:gridSpan w:val="2"/>
            <w:shd w:val="clear" w:color="auto" w:fill="D9D9D9"/>
          </w:tcPr>
          <w:p w14:paraId="1AE54C6A" w14:textId="77777777" w:rsidR="00856BD3" w:rsidRPr="00856BD3" w:rsidRDefault="00856BD3" w:rsidP="00856BD3">
            <w:pPr>
              <w:pStyle w:val="TableParagraph"/>
              <w:spacing w:before="32"/>
              <w:ind w:left="3260" w:right="3852"/>
              <w:jc w:val="center"/>
              <w:rPr>
                <w:b/>
              </w:rPr>
            </w:pPr>
            <w:r w:rsidRPr="00856BD3">
              <w:rPr>
                <w:b/>
              </w:rPr>
              <w:t>INFORMATIONS LICENCIE(E)</w:t>
            </w:r>
          </w:p>
        </w:tc>
      </w:tr>
      <w:tr w:rsidR="00856BD3" w14:paraId="5ED17D43" w14:textId="77777777" w:rsidTr="00856BD3">
        <w:trPr>
          <w:trHeight w:val="393"/>
        </w:trPr>
        <w:tc>
          <w:tcPr>
            <w:tcW w:w="5831" w:type="dxa"/>
          </w:tcPr>
          <w:p w14:paraId="500AC8DF" w14:textId="77777777" w:rsidR="00856BD3" w:rsidRPr="00856BD3" w:rsidRDefault="00856BD3" w:rsidP="00CC07DB">
            <w:pPr>
              <w:pStyle w:val="TableParagraph"/>
              <w:spacing w:before="53"/>
              <w:ind w:left="113"/>
              <w:rPr>
                <w:b/>
                <w:sz w:val="20"/>
                <w:szCs w:val="20"/>
              </w:rPr>
            </w:pPr>
            <w:r w:rsidRPr="00856BD3">
              <w:rPr>
                <w:b/>
                <w:sz w:val="20"/>
                <w:szCs w:val="20"/>
              </w:rPr>
              <w:t>NOM D’USAGE</w:t>
            </w:r>
          </w:p>
        </w:tc>
        <w:tc>
          <w:tcPr>
            <w:tcW w:w="5368" w:type="dxa"/>
          </w:tcPr>
          <w:p w14:paraId="48C8EA4E" w14:textId="77777777" w:rsidR="00856BD3" w:rsidRPr="00856BD3" w:rsidRDefault="00856BD3" w:rsidP="00CC07DB">
            <w:pPr>
              <w:pStyle w:val="TableParagraph"/>
              <w:spacing w:before="53"/>
              <w:ind w:left="113"/>
              <w:rPr>
                <w:b/>
                <w:sz w:val="20"/>
                <w:szCs w:val="20"/>
              </w:rPr>
            </w:pPr>
            <w:r w:rsidRPr="00856BD3">
              <w:rPr>
                <w:b/>
                <w:sz w:val="20"/>
                <w:szCs w:val="20"/>
              </w:rPr>
              <w:t>NOM DE NAISSANCE</w:t>
            </w:r>
            <w:r w:rsidRPr="00856BD3">
              <w:rPr>
                <w:rFonts w:asciiTheme="majorHAnsi" w:hAnsiTheme="majorHAnsi" w:cstheme="majorHAnsi"/>
                <w:b/>
                <w:bCs/>
                <w:color w:val="4F81BD" w:themeColor="accent1"/>
                <w:sz w:val="20"/>
                <w:szCs w:val="20"/>
              </w:rPr>
              <w:t xml:space="preserve">  </w:t>
            </w:r>
          </w:p>
        </w:tc>
      </w:tr>
      <w:tr w:rsidR="00856BD3" w14:paraId="05E67003" w14:textId="77777777" w:rsidTr="00856BD3">
        <w:trPr>
          <w:trHeight w:val="369"/>
        </w:trPr>
        <w:tc>
          <w:tcPr>
            <w:tcW w:w="5831" w:type="dxa"/>
          </w:tcPr>
          <w:p w14:paraId="25BF65C2" w14:textId="77777777" w:rsidR="00856BD3" w:rsidRPr="00856BD3" w:rsidRDefault="00856BD3" w:rsidP="00CC07DB">
            <w:pPr>
              <w:pStyle w:val="TableParagraph"/>
              <w:spacing w:before="53"/>
              <w:ind w:left="112"/>
              <w:rPr>
                <w:b/>
                <w:sz w:val="20"/>
                <w:szCs w:val="20"/>
              </w:rPr>
            </w:pPr>
            <w:r w:rsidRPr="00856BD3">
              <w:rPr>
                <w:b/>
                <w:w w:val="95"/>
                <w:sz w:val="20"/>
                <w:szCs w:val="20"/>
              </w:rPr>
              <w:t>PRENOM</w:t>
            </w:r>
          </w:p>
        </w:tc>
        <w:tc>
          <w:tcPr>
            <w:tcW w:w="5368" w:type="dxa"/>
          </w:tcPr>
          <w:p w14:paraId="7A8CC820" w14:textId="2A37DC77" w:rsidR="00856BD3" w:rsidRPr="00856BD3" w:rsidRDefault="00856BD3" w:rsidP="00856BD3">
            <w:pPr>
              <w:pStyle w:val="TableParagraph"/>
              <w:spacing w:before="50"/>
              <w:ind w:left="112"/>
              <w:rPr>
                <w:b/>
                <w:sz w:val="20"/>
                <w:szCs w:val="20"/>
              </w:rPr>
            </w:pPr>
            <w:r w:rsidRPr="00856BD3">
              <w:rPr>
                <w:b/>
                <w:sz w:val="20"/>
                <w:szCs w:val="20"/>
              </w:rPr>
              <w:t>SEXE</w:t>
            </w:r>
          </w:p>
        </w:tc>
      </w:tr>
      <w:tr w:rsidR="00856BD3" w:rsidRPr="00F5664C" w14:paraId="42E68741" w14:textId="77777777" w:rsidTr="00856BD3">
        <w:trPr>
          <w:trHeight w:val="395"/>
        </w:trPr>
        <w:tc>
          <w:tcPr>
            <w:tcW w:w="5831" w:type="dxa"/>
          </w:tcPr>
          <w:p w14:paraId="7463C448" w14:textId="77777777" w:rsidR="00856BD3" w:rsidRPr="00856BD3" w:rsidRDefault="00856BD3" w:rsidP="00856BD3">
            <w:pPr>
              <w:pStyle w:val="TableParagraph"/>
              <w:ind w:left="112"/>
              <w:rPr>
                <w:b/>
                <w:sz w:val="20"/>
                <w:szCs w:val="20"/>
              </w:rPr>
            </w:pPr>
            <w:r w:rsidRPr="00856BD3">
              <w:rPr>
                <w:b/>
                <w:sz w:val="20"/>
                <w:szCs w:val="20"/>
              </w:rPr>
              <w:t>DATE DE NAISSANCE........../...... / ...........</w:t>
            </w:r>
          </w:p>
          <w:p w14:paraId="326DE9E8" w14:textId="77777777" w:rsidR="00856BD3" w:rsidRPr="00856BD3" w:rsidRDefault="00856BD3" w:rsidP="00856BD3">
            <w:pPr>
              <w:pStyle w:val="TableParagraph"/>
              <w:ind w:left="112"/>
              <w:rPr>
                <w:b/>
                <w:sz w:val="20"/>
                <w:szCs w:val="20"/>
              </w:rPr>
            </w:pPr>
          </w:p>
          <w:p w14:paraId="3DB3248D" w14:textId="77777777" w:rsidR="00856BD3" w:rsidRPr="00856BD3" w:rsidRDefault="00856BD3" w:rsidP="00856BD3">
            <w:pPr>
              <w:pStyle w:val="TableParagraph"/>
              <w:ind w:left="112"/>
              <w:rPr>
                <w:b/>
                <w:sz w:val="20"/>
                <w:szCs w:val="20"/>
              </w:rPr>
            </w:pPr>
            <w:r w:rsidRPr="00856BD3">
              <w:rPr>
                <w:b/>
                <w:sz w:val="20"/>
                <w:szCs w:val="20"/>
              </w:rPr>
              <w:t>DEPARTEMENT DE NAISSANCE……………………….</w:t>
            </w:r>
          </w:p>
          <w:p w14:paraId="1C8E02B3" w14:textId="77777777" w:rsidR="00856BD3" w:rsidRPr="00856BD3" w:rsidRDefault="00856BD3" w:rsidP="00CC07DB">
            <w:pPr>
              <w:pStyle w:val="TableParagraph"/>
              <w:spacing w:before="50"/>
              <w:ind w:left="112"/>
              <w:rPr>
                <w:b/>
                <w:sz w:val="20"/>
                <w:szCs w:val="20"/>
              </w:rPr>
            </w:pPr>
          </w:p>
        </w:tc>
        <w:tc>
          <w:tcPr>
            <w:tcW w:w="5368" w:type="dxa"/>
          </w:tcPr>
          <w:p w14:paraId="0F0A5FD4" w14:textId="77777777" w:rsidR="00856BD3" w:rsidRPr="00856BD3" w:rsidRDefault="00856BD3" w:rsidP="00856BD3">
            <w:pPr>
              <w:pStyle w:val="TableParagraph"/>
              <w:ind w:left="113"/>
              <w:rPr>
                <w:b/>
                <w:sz w:val="20"/>
                <w:szCs w:val="20"/>
              </w:rPr>
            </w:pPr>
            <w:r w:rsidRPr="00856BD3">
              <w:rPr>
                <w:b/>
                <w:sz w:val="20"/>
                <w:szCs w:val="20"/>
              </w:rPr>
              <w:t>VILLE DE NAISSANCE………………………</w:t>
            </w:r>
          </w:p>
          <w:p w14:paraId="1C0AF07B" w14:textId="77777777" w:rsidR="00856BD3" w:rsidRPr="00856BD3" w:rsidRDefault="00856BD3" w:rsidP="00856BD3">
            <w:pPr>
              <w:pStyle w:val="TableParagraph"/>
              <w:ind w:left="113"/>
              <w:rPr>
                <w:b/>
                <w:sz w:val="20"/>
                <w:szCs w:val="20"/>
              </w:rPr>
            </w:pPr>
          </w:p>
          <w:p w14:paraId="6AB85574" w14:textId="77777777" w:rsidR="00856BD3" w:rsidRPr="00856BD3" w:rsidRDefault="00856BD3" w:rsidP="00856BD3">
            <w:pPr>
              <w:pStyle w:val="TableParagraph"/>
              <w:ind w:left="113"/>
              <w:rPr>
                <w:b/>
                <w:sz w:val="20"/>
                <w:szCs w:val="20"/>
              </w:rPr>
            </w:pPr>
            <w:r w:rsidRPr="00856BD3">
              <w:rPr>
                <w:b/>
                <w:sz w:val="20"/>
                <w:szCs w:val="20"/>
              </w:rPr>
              <w:t>PAYS DE NAISSANCE…………………………………………</w:t>
            </w:r>
          </w:p>
          <w:p w14:paraId="3CB33AE0" w14:textId="77777777" w:rsidR="00856BD3" w:rsidRPr="00856BD3" w:rsidRDefault="00856BD3" w:rsidP="00CC07DB">
            <w:pPr>
              <w:pStyle w:val="TableParagraph"/>
              <w:spacing w:before="50"/>
              <w:ind w:left="113"/>
              <w:rPr>
                <w:b/>
                <w:sz w:val="20"/>
                <w:szCs w:val="20"/>
              </w:rPr>
            </w:pPr>
          </w:p>
        </w:tc>
      </w:tr>
      <w:tr w:rsidR="00856BD3" w14:paraId="38C7A0D9" w14:textId="77777777" w:rsidTr="00856BD3">
        <w:trPr>
          <w:trHeight w:val="395"/>
        </w:trPr>
        <w:tc>
          <w:tcPr>
            <w:tcW w:w="11199" w:type="dxa"/>
            <w:gridSpan w:val="2"/>
          </w:tcPr>
          <w:p w14:paraId="20DFA753" w14:textId="77777777" w:rsidR="00856BD3" w:rsidRPr="00856BD3" w:rsidRDefault="00856BD3" w:rsidP="00CC07DB">
            <w:pPr>
              <w:pStyle w:val="TableParagraph"/>
              <w:spacing w:before="53"/>
              <w:ind w:left="113"/>
              <w:rPr>
                <w:b/>
                <w:sz w:val="20"/>
                <w:szCs w:val="20"/>
              </w:rPr>
            </w:pPr>
            <w:r w:rsidRPr="00856BD3">
              <w:rPr>
                <w:b/>
                <w:sz w:val="20"/>
                <w:szCs w:val="20"/>
              </w:rPr>
              <w:t>ADRESSE POSTALE</w:t>
            </w:r>
          </w:p>
          <w:p w14:paraId="3F22E568" w14:textId="77777777" w:rsidR="00856BD3" w:rsidRPr="00856BD3" w:rsidRDefault="00856BD3" w:rsidP="00CC07DB">
            <w:pPr>
              <w:pStyle w:val="TableParagraph"/>
              <w:spacing w:before="53"/>
              <w:ind w:left="113"/>
              <w:rPr>
                <w:b/>
                <w:sz w:val="20"/>
                <w:szCs w:val="20"/>
              </w:rPr>
            </w:pPr>
          </w:p>
        </w:tc>
      </w:tr>
      <w:tr w:rsidR="00856BD3" w14:paraId="6C6534EC" w14:textId="77777777" w:rsidTr="00856BD3">
        <w:trPr>
          <w:trHeight w:val="395"/>
        </w:trPr>
        <w:tc>
          <w:tcPr>
            <w:tcW w:w="5831" w:type="dxa"/>
          </w:tcPr>
          <w:p w14:paraId="5D72650B" w14:textId="77777777" w:rsidR="00856BD3" w:rsidRPr="00856BD3" w:rsidRDefault="00856BD3" w:rsidP="00CC07DB">
            <w:pPr>
              <w:pStyle w:val="TableParagraph"/>
              <w:spacing w:before="53"/>
              <w:ind w:left="112"/>
              <w:rPr>
                <w:b/>
                <w:sz w:val="20"/>
                <w:szCs w:val="20"/>
              </w:rPr>
            </w:pPr>
            <w:r w:rsidRPr="00856BD3">
              <w:rPr>
                <w:b/>
                <w:sz w:val="20"/>
                <w:szCs w:val="20"/>
              </w:rPr>
              <w:t>NATIONALITE</w:t>
            </w:r>
          </w:p>
        </w:tc>
        <w:tc>
          <w:tcPr>
            <w:tcW w:w="5368" w:type="dxa"/>
          </w:tcPr>
          <w:p w14:paraId="089B4A64" w14:textId="339129BF" w:rsidR="00856BD3" w:rsidRPr="00856BD3" w:rsidRDefault="00856BD3" w:rsidP="00CC07DB">
            <w:pPr>
              <w:pStyle w:val="TableParagraph"/>
              <w:spacing w:before="53"/>
              <w:ind w:left="113"/>
              <w:rPr>
                <w:b/>
                <w:sz w:val="20"/>
                <w:szCs w:val="20"/>
              </w:rPr>
            </w:pPr>
            <w:r w:rsidRPr="00856BD3">
              <w:rPr>
                <w:b/>
                <w:sz w:val="20"/>
                <w:szCs w:val="20"/>
              </w:rPr>
              <w:t>TEL. LICENCIE (MAJEUR) …………………………</w:t>
            </w:r>
            <w:r>
              <w:rPr>
                <w:b/>
                <w:sz w:val="20"/>
                <w:szCs w:val="20"/>
              </w:rPr>
              <w:t>……</w:t>
            </w:r>
          </w:p>
          <w:p w14:paraId="48818750" w14:textId="3CF72242" w:rsidR="00856BD3" w:rsidRPr="00856BD3" w:rsidRDefault="00856BD3" w:rsidP="00CC07DB">
            <w:pPr>
              <w:pStyle w:val="TableParagraph"/>
              <w:spacing w:before="53"/>
              <w:ind w:left="113"/>
              <w:rPr>
                <w:b/>
                <w:sz w:val="20"/>
                <w:szCs w:val="20"/>
              </w:rPr>
            </w:pPr>
            <w:r w:rsidRPr="00856BD3">
              <w:rPr>
                <w:b/>
                <w:sz w:val="20"/>
                <w:szCs w:val="20"/>
              </w:rPr>
              <w:t>TEL. MERE ………………………………………………</w:t>
            </w:r>
            <w:r>
              <w:rPr>
                <w:b/>
                <w:sz w:val="20"/>
                <w:szCs w:val="20"/>
              </w:rPr>
              <w:t>……..</w:t>
            </w:r>
          </w:p>
          <w:p w14:paraId="2C30EF9D" w14:textId="7D495727" w:rsidR="00856BD3" w:rsidRPr="00856BD3" w:rsidRDefault="00856BD3" w:rsidP="00CC07DB">
            <w:pPr>
              <w:pStyle w:val="TableParagraph"/>
              <w:spacing w:before="53"/>
              <w:ind w:left="113"/>
              <w:rPr>
                <w:b/>
                <w:sz w:val="20"/>
                <w:szCs w:val="20"/>
              </w:rPr>
            </w:pPr>
            <w:r w:rsidRPr="00856BD3">
              <w:rPr>
                <w:b/>
                <w:sz w:val="20"/>
                <w:szCs w:val="20"/>
              </w:rPr>
              <w:t>TEL. PERE ………………………………………………</w:t>
            </w:r>
            <w:r>
              <w:rPr>
                <w:b/>
                <w:sz w:val="20"/>
                <w:szCs w:val="20"/>
              </w:rPr>
              <w:t>………</w:t>
            </w:r>
          </w:p>
        </w:tc>
      </w:tr>
      <w:tr w:rsidR="00856BD3" w:rsidRPr="00F5664C" w14:paraId="68CE97B7" w14:textId="77777777" w:rsidTr="00856BD3">
        <w:trPr>
          <w:trHeight w:val="794"/>
        </w:trPr>
        <w:tc>
          <w:tcPr>
            <w:tcW w:w="11199" w:type="dxa"/>
            <w:gridSpan w:val="2"/>
          </w:tcPr>
          <w:p w14:paraId="01AC283E" w14:textId="77777777" w:rsidR="00856BD3" w:rsidRDefault="00856BD3" w:rsidP="00CC07DB">
            <w:pPr>
              <w:pStyle w:val="TableParagraph"/>
              <w:spacing w:before="21"/>
              <w:ind w:left="112"/>
              <w:rPr>
                <w:b/>
                <w:color w:val="FF0000"/>
                <w:sz w:val="20"/>
                <w:szCs w:val="20"/>
                <w:highlight w:val="yellow"/>
              </w:rPr>
            </w:pPr>
          </w:p>
          <w:p w14:paraId="44907238" w14:textId="09465D1D" w:rsidR="00856BD3" w:rsidRPr="00B15D00" w:rsidRDefault="00856BD3" w:rsidP="00CC07DB">
            <w:pPr>
              <w:pStyle w:val="TableParagraph"/>
              <w:spacing w:before="21" w:line="360" w:lineRule="auto"/>
              <w:ind w:left="112"/>
              <w:rPr>
                <w:b/>
                <w:color w:val="FF0000"/>
                <w:sz w:val="20"/>
                <w:szCs w:val="20"/>
              </w:rPr>
            </w:pPr>
            <w:r w:rsidRPr="00B15D00">
              <w:rPr>
                <w:b/>
                <w:color w:val="FF0000"/>
                <w:sz w:val="20"/>
                <w:szCs w:val="20"/>
              </w:rPr>
              <w:t xml:space="preserve">E-MAIL OBLIGATOIRE et LISIBLE DU LICENCIE MAJEUR </w:t>
            </w:r>
            <w:r w:rsidRPr="00B15D00">
              <w:rPr>
                <w:b/>
                <w:sz w:val="20"/>
                <w:szCs w:val="20"/>
              </w:rPr>
              <w:t>…………………………………………………………………………………………………</w:t>
            </w:r>
          </w:p>
          <w:p w14:paraId="747AA1D0" w14:textId="6B6ED037" w:rsidR="00856BD3" w:rsidRPr="00B15D00" w:rsidRDefault="00856BD3" w:rsidP="00CC07DB">
            <w:pPr>
              <w:pStyle w:val="TableParagraph"/>
              <w:spacing w:before="21" w:line="360" w:lineRule="auto"/>
              <w:ind w:left="112"/>
              <w:rPr>
                <w:b/>
                <w:color w:val="FF0000"/>
                <w:sz w:val="20"/>
                <w:szCs w:val="20"/>
              </w:rPr>
            </w:pPr>
            <w:r w:rsidRPr="00B15D00">
              <w:rPr>
                <w:b/>
                <w:color w:val="FF0000"/>
                <w:sz w:val="20"/>
                <w:szCs w:val="20"/>
              </w:rPr>
              <w:t>E-MAIL OBLIGATOIRE et LISIBLE MERE</w:t>
            </w:r>
            <w:r>
              <w:rPr>
                <w:b/>
                <w:color w:val="FF0000"/>
                <w:sz w:val="20"/>
                <w:szCs w:val="20"/>
              </w:rPr>
              <w:t xml:space="preserve"> </w:t>
            </w:r>
            <w:r w:rsidRPr="00B15D00">
              <w:rPr>
                <w:b/>
                <w:sz w:val="20"/>
                <w:szCs w:val="20"/>
              </w:rPr>
              <w:t>…………………………………………………………………………………………………………………………..</w:t>
            </w:r>
          </w:p>
          <w:p w14:paraId="1F9EA6BE" w14:textId="1536AE0B" w:rsidR="00856BD3" w:rsidRPr="00B15D00" w:rsidRDefault="00856BD3" w:rsidP="00CC07DB">
            <w:pPr>
              <w:pStyle w:val="TableParagraph"/>
              <w:spacing w:before="21" w:line="360" w:lineRule="auto"/>
              <w:ind w:left="112"/>
              <w:rPr>
                <w:b/>
                <w:color w:val="FF0000"/>
                <w:sz w:val="20"/>
                <w:szCs w:val="20"/>
              </w:rPr>
            </w:pPr>
            <w:r w:rsidRPr="00B15D00">
              <w:rPr>
                <w:b/>
                <w:color w:val="FF0000"/>
                <w:sz w:val="20"/>
                <w:szCs w:val="20"/>
              </w:rPr>
              <w:t xml:space="preserve">E-MAIL OBLIGATOIRE et LISIBLE </w:t>
            </w:r>
            <w:r>
              <w:rPr>
                <w:b/>
                <w:color w:val="FF0000"/>
                <w:sz w:val="20"/>
                <w:szCs w:val="20"/>
              </w:rPr>
              <w:t xml:space="preserve">PERE </w:t>
            </w:r>
            <w:r w:rsidRPr="00B15D00">
              <w:rPr>
                <w:b/>
                <w:sz w:val="20"/>
                <w:szCs w:val="20"/>
              </w:rPr>
              <w:t>…………………………………………………………………………………………………………………………….</w:t>
            </w:r>
          </w:p>
          <w:p w14:paraId="246F9C5E" w14:textId="77777777" w:rsidR="00856BD3" w:rsidRPr="001E003F" w:rsidRDefault="00856BD3" w:rsidP="00CC07DB">
            <w:pPr>
              <w:pStyle w:val="TableParagraph"/>
              <w:spacing w:before="134"/>
              <w:ind w:left="112"/>
              <w:rPr>
                <w:rFonts w:ascii="Carlito" w:hAnsi="Carlito"/>
                <w:i/>
                <w:iCs/>
                <w:sz w:val="20"/>
                <w:szCs w:val="20"/>
              </w:rPr>
            </w:pPr>
            <w:r w:rsidRPr="001E003F">
              <w:rPr>
                <w:i/>
                <w:iCs/>
                <w:color w:val="FF0000"/>
                <w:sz w:val="20"/>
                <w:szCs w:val="20"/>
              </w:rPr>
              <w:t xml:space="preserve">Les principales informations vous sont transmises par mail et via le groupe Facebook privé du club. Elles sont également affichées à l’entrée club de la patinoire. </w:t>
            </w:r>
          </w:p>
        </w:tc>
      </w:tr>
      <w:tr w:rsidR="00856BD3" w14:paraId="6E4C3BC0" w14:textId="77777777" w:rsidTr="006302CE">
        <w:trPr>
          <w:trHeight w:val="349"/>
        </w:trPr>
        <w:tc>
          <w:tcPr>
            <w:tcW w:w="11199" w:type="dxa"/>
            <w:gridSpan w:val="2"/>
            <w:shd w:val="clear" w:color="auto" w:fill="D9D9D9"/>
          </w:tcPr>
          <w:p w14:paraId="589F31F4" w14:textId="77777777" w:rsidR="00856BD3" w:rsidRPr="00856BD3" w:rsidRDefault="00856BD3" w:rsidP="00CC07DB">
            <w:pPr>
              <w:pStyle w:val="TableParagraph"/>
              <w:spacing w:before="65"/>
              <w:ind w:left="1874" w:right="1858"/>
              <w:jc w:val="center"/>
              <w:rPr>
                <w:b/>
              </w:rPr>
            </w:pPr>
            <w:r w:rsidRPr="00856BD3">
              <w:rPr>
                <w:b/>
              </w:rPr>
              <w:t>INFORMATIONS RESPONSABLE LEGAL + AUTORISATIONS</w:t>
            </w:r>
          </w:p>
        </w:tc>
      </w:tr>
      <w:tr w:rsidR="00856BD3" w14:paraId="739B45A2" w14:textId="77777777" w:rsidTr="00856BD3">
        <w:trPr>
          <w:trHeight w:val="1314"/>
        </w:trPr>
        <w:tc>
          <w:tcPr>
            <w:tcW w:w="11199" w:type="dxa"/>
            <w:gridSpan w:val="2"/>
          </w:tcPr>
          <w:p w14:paraId="7D9D13FB" w14:textId="77777777" w:rsidR="00856BD3" w:rsidRDefault="00856BD3" w:rsidP="00CC07DB">
            <w:pPr>
              <w:pStyle w:val="TableParagraph"/>
              <w:spacing w:before="7"/>
              <w:rPr>
                <w:b/>
                <w:sz w:val="20"/>
              </w:rPr>
            </w:pPr>
          </w:p>
          <w:p w14:paraId="0E147F4B" w14:textId="77777777" w:rsidR="00856BD3" w:rsidRDefault="00856BD3" w:rsidP="00CC07DB">
            <w:pPr>
              <w:pStyle w:val="TableParagraph"/>
              <w:tabs>
                <w:tab w:val="left" w:leader="dot" w:pos="10868"/>
              </w:tabs>
              <w:ind w:left="112"/>
            </w:pPr>
            <w:r>
              <w:rPr>
                <w:w w:val="80"/>
              </w:rPr>
              <w:t>Je</w:t>
            </w:r>
            <w:r>
              <w:rPr>
                <w:spacing w:val="-35"/>
                <w:w w:val="80"/>
              </w:rPr>
              <w:t xml:space="preserve"> </w:t>
            </w:r>
            <w:r>
              <w:rPr>
                <w:w w:val="80"/>
              </w:rPr>
              <w:t>soussigné(e)</w:t>
            </w:r>
            <w:r>
              <w:rPr>
                <w:spacing w:val="-34"/>
                <w:w w:val="80"/>
              </w:rPr>
              <w:t xml:space="preserve"> </w:t>
            </w:r>
            <w:r>
              <w:rPr>
                <w:w w:val="80"/>
              </w:rPr>
              <w:t>.............................................................,</w:t>
            </w:r>
            <w:r>
              <w:rPr>
                <w:spacing w:val="-34"/>
                <w:w w:val="80"/>
              </w:rPr>
              <w:t xml:space="preserve"> </w:t>
            </w:r>
            <w:r>
              <w:rPr>
                <w:w w:val="80"/>
              </w:rPr>
              <w:t>responsable</w:t>
            </w:r>
            <w:r>
              <w:rPr>
                <w:spacing w:val="-36"/>
                <w:w w:val="80"/>
              </w:rPr>
              <w:t xml:space="preserve"> </w:t>
            </w:r>
            <w:r>
              <w:rPr>
                <w:w w:val="80"/>
              </w:rPr>
              <w:t>légal</w:t>
            </w:r>
            <w:r>
              <w:rPr>
                <w:spacing w:val="-35"/>
                <w:w w:val="80"/>
              </w:rPr>
              <w:t xml:space="preserve"> </w:t>
            </w:r>
            <w:r>
              <w:rPr>
                <w:w w:val="80"/>
              </w:rPr>
              <w:t>de</w:t>
            </w:r>
            <w:r>
              <w:rPr>
                <w:w w:val="80"/>
              </w:rPr>
              <w:tab/>
            </w:r>
            <w:r>
              <w:rPr>
                <w:w w:val="90"/>
              </w:rPr>
              <w:t>,</w:t>
            </w:r>
          </w:p>
          <w:p w14:paraId="43642482" w14:textId="77777777" w:rsidR="00856BD3" w:rsidRDefault="00856BD3" w:rsidP="00CC07DB">
            <w:pPr>
              <w:pStyle w:val="TableParagraph"/>
              <w:spacing w:before="13" w:line="247" w:lineRule="auto"/>
              <w:ind w:left="112" w:right="288"/>
            </w:pPr>
            <w:r>
              <w:rPr>
                <w:w w:val="95"/>
              </w:rPr>
              <w:t>autorise</w:t>
            </w:r>
            <w:r>
              <w:rPr>
                <w:spacing w:val="-38"/>
                <w:w w:val="95"/>
              </w:rPr>
              <w:t xml:space="preserve"> </w:t>
            </w:r>
            <w:r>
              <w:rPr>
                <w:w w:val="95"/>
              </w:rPr>
              <w:t>les</w:t>
            </w:r>
            <w:r>
              <w:rPr>
                <w:spacing w:val="-35"/>
                <w:w w:val="95"/>
              </w:rPr>
              <w:t xml:space="preserve"> </w:t>
            </w:r>
            <w:r>
              <w:rPr>
                <w:w w:val="95"/>
              </w:rPr>
              <w:t>dirigeants</w:t>
            </w:r>
            <w:r>
              <w:rPr>
                <w:spacing w:val="-36"/>
                <w:w w:val="95"/>
              </w:rPr>
              <w:t xml:space="preserve"> </w:t>
            </w:r>
            <w:r>
              <w:rPr>
                <w:w w:val="95"/>
              </w:rPr>
              <w:t>du</w:t>
            </w:r>
            <w:r>
              <w:rPr>
                <w:spacing w:val="-36"/>
                <w:w w:val="95"/>
              </w:rPr>
              <w:t xml:space="preserve"> </w:t>
            </w:r>
            <w:r>
              <w:rPr>
                <w:w w:val="95"/>
              </w:rPr>
              <w:t>CSGSA</w:t>
            </w:r>
            <w:r>
              <w:rPr>
                <w:spacing w:val="-37"/>
                <w:w w:val="95"/>
              </w:rPr>
              <w:t xml:space="preserve"> </w:t>
            </w:r>
            <w:r>
              <w:rPr>
                <w:w w:val="95"/>
              </w:rPr>
              <w:t>Patinage</w:t>
            </w:r>
            <w:r>
              <w:rPr>
                <w:spacing w:val="-37"/>
                <w:w w:val="95"/>
              </w:rPr>
              <w:t xml:space="preserve"> </w:t>
            </w:r>
            <w:r>
              <w:rPr>
                <w:w w:val="95"/>
              </w:rPr>
              <w:t>Artistique</w:t>
            </w:r>
            <w:r>
              <w:rPr>
                <w:spacing w:val="-37"/>
                <w:w w:val="95"/>
              </w:rPr>
              <w:t xml:space="preserve"> </w:t>
            </w:r>
            <w:r>
              <w:rPr>
                <w:w w:val="95"/>
              </w:rPr>
              <w:t>à</w:t>
            </w:r>
            <w:r>
              <w:rPr>
                <w:spacing w:val="-36"/>
                <w:w w:val="95"/>
              </w:rPr>
              <w:t xml:space="preserve"> </w:t>
            </w:r>
            <w:r>
              <w:rPr>
                <w:w w:val="95"/>
              </w:rPr>
              <w:t>prendre</w:t>
            </w:r>
            <w:r>
              <w:rPr>
                <w:spacing w:val="-36"/>
                <w:w w:val="95"/>
              </w:rPr>
              <w:t xml:space="preserve"> </w:t>
            </w:r>
            <w:r>
              <w:rPr>
                <w:w w:val="95"/>
              </w:rPr>
              <w:t>toute</w:t>
            </w:r>
            <w:r>
              <w:rPr>
                <w:spacing w:val="-36"/>
                <w:w w:val="95"/>
              </w:rPr>
              <w:t xml:space="preserve"> </w:t>
            </w:r>
            <w:r>
              <w:rPr>
                <w:w w:val="95"/>
              </w:rPr>
              <w:t>mesure</w:t>
            </w:r>
            <w:r>
              <w:rPr>
                <w:spacing w:val="-36"/>
                <w:w w:val="95"/>
              </w:rPr>
              <w:t xml:space="preserve"> </w:t>
            </w:r>
            <w:r>
              <w:rPr>
                <w:w w:val="95"/>
              </w:rPr>
              <w:t>nécessaire</w:t>
            </w:r>
            <w:r>
              <w:rPr>
                <w:spacing w:val="-37"/>
                <w:w w:val="95"/>
              </w:rPr>
              <w:t xml:space="preserve"> </w:t>
            </w:r>
            <w:r>
              <w:rPr>
                <w:w w:val="95"/>
              </w:rPr>
              <w:t>en</w:t>
            </w:r>
            <w:r>
              <w:rPr>
                <w:spacing w:val="-36"/>
                <w:w w:val="95"/>
              </w:rPr>
              <w:t xml:space="preserve"> </w:t>
            </w:r>
            <w:r>
              <w:rPr>
                <w:w w:val="95"/>
              </w:rPr>
              <w:t>cas</w:t>
            </w:r>
            <w:r>
              <w:rPr>
                <w:spacing w:val="-37"/>
                <w:w w:val="95"/>
              </w:rPr>
              <w:t xml:space="preserve"> </w:t>
            </w:r>
            <w:r>
              <w:rPr>
                <w:w w:val="95"/>
              </w:rPr>
              <w:t>d’accident</w:t>
            </w:r>
            <w:r>
              <w:rPr>
                <w:spacing w:val="-35"/>
                <w:w w:val="95"/>
              </w:rPr>
              <w:t xml:space="preserve"> </w:t>
            </w:r>
            <w:r>
              <w:rPr>
                <w:w w:val="95"/>
              </w:rPr>
              <w:t>concernant</w:t>
            </w:r>
            <w:r>
              <w:rPr>
                <w:spacing w:val="-37"/>
                <w:w w:val="95"/>
              </w:rPr>
              <w:t xml:space="preserve"> </w:t>
            </w:r>
            <w:r>
              <w:rPr>
                <w:w w:val="95"/>
              </w:rPr>
              <w:t xml:space="preserve">mon </w:t>
            </w:r>
            <w:r>
              <w:t>enfant.</w:t>
            </w:r>
          </w:p>
          <w:p w14:paraId="73D954E8" w14:textId="3CBC6819" w:rsidR="00856BD3" w:rsidRDefault="00856BD3" w:rsidP="00856BD3">
            <w:pPr>
              <w:pStyle w:val="TableParagraph"/>
              <w:tabs>
                <w:tab w:val="left" w:pos="2834"/>
              </w:tabs>
              <w:spacing w:line="250" w:lineRule="exact"/>
              <w:ind w:left="112"/>
              <w:jc w:val="both"/>
            </w:pPr>
            <w:r>
              <w:rPr>
                <w:shd w:val="clear" w:color="auto" w:fill="FFFF00"/>
              </w:rPr>
              <w:t>Date :</w:t>
            </w:r>
            <w:r>
              <w:tab/>
            </w:r>
            <w:r>
              <w:rPr>
                <w:shd w:val="clear" w:color="auto" w:fill="FFFF00"/>
              </w:rPr>
              <w:t>Signature</w:t>
            </w:r>
            <w:r>
              <w:rPr>
                <w:spacing w:val="-16"/>
              </w:rPr>
              <w:t xml:space="preserve"> </w:t>
            </w:r>
            <w:r>
              <w:t>:</w:t>
            </w:r>
          </w:p>
        </w:tc>
      </w:tr>
      <w:tr w:rsidR="00856BD3" w:rsidRPr="00F5664C" w14:paraId="61572A55" w14:textId="77777777" w:rsidTr="00856BD3">
        <w:trPr>
          <w:trHeight w:val="465"/>
        </w:trPr>
        <w:tc>
          <w:tcPr>
            <w:tcW w:w="11199" w:type="dxa"/>
            <w:gridSpan w:val="2"/>
            <w:shd w:val="clear" w:color="auto" w:fill="D9D9D9"/>
          </w:tcPr>
          <w:p w14:paraId="26CB53B6" w14:textId="77777777" w:rsidR="00856BD3" w:rsidRPr="00971F4A" w:rsidRDefault="00856BD3" w:rsidP="00CC07DB">
            <w:pPr>
              <w:pStyle w:val="TableParagraph"/>
              <w:spacing w:before="65"/>
              <w:ind w:left="1874" w:right="1863"/>
              <w:jc w:val="center"/>
              <w:rPr>
                <w:b/>
              </w:rPr>
            </w:pPr>
            <w:r w:rsidRPr="00971F4A">
              <w:rPr>
                <w:b/>
              </w:rPr>
              <w:t>DROIT A L’IMAGE VALIDITE DU 01/07/2026 au 30/06/2027</w:t>
            </w:r>
          </w:p>
        </w:tc>
      </w:tr>
      <w:tr w:rsidR="00856BD3" w14:paraId="7A32BBA2" w14:textId="77777777" w:rsidTr="00856BD3">
        <w:trPr>
          <w:trHeight w:val="1586"/>
        </w:trPr>
        <w:tc>
          <w:tcPr>
            <w:tcW w:w="11199" w:type="dxa"/>
            <w:gridSpan w:val="2"/>
          </w:tcPr>
          <w:p w14:paraId="67FFE813" w14:textId="77777777" w:rsidR="00856BD3" w:rsidRDefault="00856BD3" w:rsidP="00CC07DB">
            <w:pPr>
              <w:pStyle w:val="TableParagraph"/>
              <w:spacing w:before="5"/>
              <w:rPr>
                <w:b/>
                <w:sz w:val="20"/>
              </w:rPr>
            </w:pPr>
          </w:p>
          <w:p w14:paraId="5F772201" w14:textId="09FAC9FC" w:rsidR="00856BD3" w:rsidRDefault="00856BD3" w:rsidP="00CC07DB">
            <w:pPr>
              <w:pStyle w:val="TableParagraph"/>
              <w:tabs>
                <w:tab w:val="left" w:leader="dot" w:pos="4562"/>
              </w:tabs>
              <w:ind w:left="112"/>
              <w:jc w:val="both"/>
            </w:pPr>
            <w:r>
              <w:rPr>
                <w:w w:val="95"/>
              </w:rPr>
              <w:t>Je</w:t>
            </w:r>
            <w:r>
              <w:rPr>
                <w:spacing w:val="-29"/>
                <w:w w:val="95"/>
              </w:rPr>
              <w:t xml:space="preserve"> </w:t>
            </w:r>
            <w:r>
              <w:rPr>
                <w:w w:val="95"/>
              </w:rPr>
              <w:t>soussigné(e)</w:t>
            </w:r>
            <w:r>
              <w:rPr>
                <w:w w:val="95"/>
              </w:rPr>
              <w:tab/>
            </w:r>
            <w:r>
              <w:t>,</w:t>
            </w:r>
            <w:r>
              <w:rPr>
                <w:spacing w:val="-42"/>
              </w:rPr>
              <w:t xml:space="preserve"> </w:t>
            </w:r>
            <w:r w:rsidR="00CF15E2" w:rsidRPr="00CF15E2">
              <w:rPr>
                <w:w w:val="95"/>
              </w:rPr>
              <w:t>autorise le CSGSA Section Patinage à</w:t>
            </w:r>
            <w:r w:rsidR="00CF15E2" w:rsidRPr="00C700F0">
              <w:rPr>
                <w:b/>
                <w:bCs/>
              </w:rPr>
              <w:t xml:space="preserve"> utiliser </w:t>
            </w:r>
            <w:r w:rsidRPr="00971F4A">
              <w:rPr>
                <w:w w:val="95"/>
              </w:rPr>
              <w:t>des photos</w:t>
            </w:r>
          </w:p>
          <w:p w14:paraId="58CD20EF" w14:textId="5C132F35" w:rsidR="00B009C7" w:rsidRPr="00B009C7" w:rsidRDefault="00856BD3" w:rsidP="00CC07DB">
            <w:pPr>
              <w:pStyle w:val="TableParagraph"/>
              <w:spacing w:before="13" w:line="252" w:lineRule="auto"/>
              <w:ind w:left="112" w:right="492"/>
              <w:jc w:val="both"/>
              <w:rPr>
                <w:w w:val="95"/>
              </w:rPr>
            </w:pPr>
            <w:r>
              <w:rPr>
                <w:w w:val="95"/>
              </w:rPr>
              <w:t>et/ou</w:t>
            </w:r>
            <w:r>
              <w:rPr>
                <w:spacing w:val="-28"/>
                <w:w w:val="95"/>
              </w:rPr>
              <w:t xml:space="preserve"> </w:t>
            </w:r>
            <w:r>
              <w:rPr>
                <w:w w:val="95"/>
              </w:rPr>
              <w:t>vidéos</w:t>
            </w:r>
            <w:r>
              <w:rPr>
                <w:spacing w:val="-26"/>
                <w:w w:val="95"/>
              </w:rPr>
              <w:t xml:space="preserve"> </w:t>
            </w:r>
            <w:r>
              <w:rPr>
                <w:w w:val="95"/>
              </w:rPr>
              <w:t>me</w:t>
            </w:r>
            <w:r>
              <w:rPr>
                <w:spacing w:val="-23"/>
                <w:w w:val="95"/>
              </w:rPr>
              <w:t xml:space="preserve"> </w:t>
            </w:r>
            <w:r>
              <w:rPr>
                <w:w w:val="95"/>
              </w:rPr>
              <w:t>représentant</w:t>
            </w:r>
            <w:r>
              <w:rPr>
                <w:spacing w:val="-24"/>
                <w:w w:val="95"/>
              </w:rPr>
              <w:t xml:space="preserve"> </w:t>
            </w:r>
            <w:r>
              <w:rPr>
                <w:w w:val="95"/>
              </w:rPr>
              <w:t>ou</w:t>
            </w:r>
            <w:r>
              <w:rPr>
                <w:spacing w:val="-27"/>
                <w:w w:val="95"/>
              </w:rPr>
              <w:t xml:space="preserve"> </w:t>
            </w:r>
            <w:r>
              <w:rPr>
                <w:w w:val="95"/>
              </w:rPr>
              <w:t>représentant</w:t>
            </w:r>
            <w:r>
              <w:rPr>
                <w:spacing w:val="-28"/>
                <w:w w:val="95"/>
              </w:rPr>
              <w:t xml:space="preserve"> </w:t>
            </w:r>
            <w:r>
              <w:rPr>
                <w:w w:val="95"/>
              </w:rPr>
              <w:t>mon</w:t>
            </w:r>
            <w:r>
              <w:rPr>
                <w:spacing w:val="-27"/>
                <w:w w:val="95"/>
              </w:rPr>
              <w:t xml:space="preserve"> </w:t>
            </w:r>
            <w:r>
              <w:rPr>
                <w:w w:val="95"/>
              </w:rPr>
              <w:t>enfant</w:t>
            </w:r>
            <w:r>
              <w:rPr>
                <w:spacing w:val="-24"/>
                <w:w w:val="95"/>
              </w:rPr>
              <w:t xml:space="preserve"> </w:t>
            </w:r>
            <w:r>
              <w:rPr>
                <w:w w:val="95"/>
              </w:rPr>
              <w:t>ci-dessus</w:t>
            </w:r>
            <w:r>
              <w:rPr>
                <w:spacing w:val="-26"/>
                <w:w w:val="95"/>
              </w:rPr>
              <w:t xml:space="preserve"> </w:t>
            </w:r>
            <w:r>
              <w:rPr>
                <w:w w:val="95"/>
              </w:rPr>
              <w:t>dénommé</w:t>
            </w:r>
            <w:r>
              <w:rPr>
                <w:spacing w:val="-28"/>
                <w:w w:val="95"/>
              </w:rPr>
              <w:t xml:space="preserve"> </w:t>
            </w:r>
            <w:r>
              <w:rPr>
                <w:w w:val="95"/>
              </w:rPr>
              <w:t>«</w:t>
            </w:r>
            <w:r>
              <w:rPr>
                <w:spacing w:val="-25"/>
                <w:w w:val="95"/>
              </w:rPr>
              <w:t xml:space="preserve"> </w:t>
            </w:r>
            <w:r>
              <w:rPr>
                <w:w w:val="95"/>
              </w:rPr>
              <w:t>licencié</w:t>
            </w:r>
            <w:r>
              <w:rPr>
                <w:spacing w:val="-24"/>
                <w:w w:val="95"/>
              </w:rPr>
              <w:t xml:space="preserve"> </w:t>
            </w:r>
            <w:r>
              <w:rPr>
                <w:w w:val="95"/>
              </w:rPr>
              <w:t>»</w:t>
            </w:r>
            <w:r w:rsidR="00B009C7">
              <w:rPr>
                <w:w w:val="95"/>
              </w:rPr>
              <w:t>,</w:t>
            </w:r>
            <w:r>
              <w:rPr>
                <w:spacing w:val="-27"/>
                <w:w w:val="95"/>
              </w:rPr>
              <w:t xml:space="preserve"> </w:t>
            </w:r>
            <w:r w:rsidR="00D11BAE" w:rsidRPr="00D11BAE">
              <w:rPr>
                <w:w w:val="95"/>
              </w:rPr>
              <w:t>dans le cadre des activités du club</w:t>
            </w:r>
            <w:r w:rsidR="000977F7">
              <w:rPr>
                <w:w w:val="95"/>
              </w:rPr>
              <w:t>.</w:t>
            </w:r>
            <w:r w:rsidR="00B009C7">
              <w:rPr>
                <w:w w:val="95"/>
              </w:rPr>
              <w:t xml:space="preserve"> </w:t>
            </w:r>
            <w:r w:rsidR="00B009C7" w:rsidRPr="00B009C7">
              <w:rPr>
                <w:w w:val="95"/>
              </w:rPr>
              <w:t>Ces images pourront être diffusées sur tout support de communication interne ou externe du club, notamment sur son site Internet, ses réseaux sociaux (</w:t>
            </w:r>
            <w:r w:rsidR="00DE34B8">
              <w:rPr>
                <w:w w:val="95"/>
              </w:rPr>
              <w:t>page</w:t>
            </w:r>
            <w:r w:rsidR="00DE34B8">
              <w:rPr>
                <w:spacing w:val="-41"/>
                <w:w w:val="95"/>
              </w:rPr>
              <w:t xml:space="preserve"> </w:t>
            </w:r>
            <w:r w:rsidR="00DE34B8">
              <w:rPr>
                <w:w w:val="95"/>
              </w:rPr>
              <w:t>Facebook</w:t>
            </w:r>
            <w:r w:rsidR="00DE34B8">
              <w:rPr>
                <w:spacing w:val="-41"/>
                <w:w w:val="95"/>
              </w:rPr>
              <w:t xml:space="preserve"> </w:t>
            </w:r>
            <w:r w:rsidR="00DE34B8">
              <w:rPr>
                <w:w w:val="95"/>
              </w:rPr>
              <w:t>du</w:t>
            </w:r>
            <w:r w:rsidR="00DE34B8">
              <w:rPr>
                <w:spacing w:val="-42"/>
                <w:w w:val="95"/>
              </w:rPr>
              <w:t xml:space="preserve"> </w:t>
            </w:r>
            <w:r w:rsidR="00DE34B8">
              <w:rPr>
                <w:w w:val="95"/>
              </w:rPr>
              <w:t>club</w:t>
            </w:r>
            <w:r w:rsidR="00B009C7" w:rsidRPr="00B009C7">
              <w:rPr>
                <w:w w:val="95"/>
              </w:rPr>
              <w:t>, Instagram, etc.), ainsi que dans la presse, les brochures, les affiches et sur les panneaux du club.</w:t>
            </w:r>
          </w:p>
          <w:p w14:paraId="234070C3" w14:textId="7B11F013" w:rsidR="00856BD3" w:rsidRDefault="00D11BAE" w:rsidP="00736BF5">
            <w:pPr>
              <w:pStyle w:val="TableParagraph"/>
              <w:spacing w:before="13" w:line="252" w:lineRule="auto"/>
              <w:ind w:left="112" w:right="492"/>
              <w:jc w:val="both"/>
            </w:pPr>
            <w:r>
              <w:rPr>
                <w:spacing w:val="-27"/>
                <w:w w:val="95"/>
              </w:rPr>
              <w:t xml:space="preserve"> </w:t>
            </w:r>
            <w:r w:rsidR="00856BD3">
              <w:rPr>
                <w:shd w:val="clear" w:color="auto" w:fill="FFFF00"/>
              </w:rPr>
              <w:t>Date :</w:t>
            </w:r>
            <w:r w:rsidR="00856BD3">
              <w:tab/>
            </w:r>
            <w:r w:rsidR="00856BD3">
              <w:rPr>
                <w:shd w:val="clear" w:color="auto" w:fill="FFFF00"/>
              </w:rPr>
              <w:t>Signature</w:t>
            </w:r>
            <w:r w:rsidR="00856BD3">
              <w:rPr>
                <w:spacing w:val="-16"/>
              </w:rPr>
              <w:t xml:space="preserve"> </w:t>
            </w:r>
            <w:r w:rsidR="00856BD3">
              <w:t>:</w:t>
            </w:r>
          </w:p>
        </w:tc>
      </w:tr>
      <w:tr w:rsidR="00856BD3" w14:paraId="6960FBC4" w14:textId="77777777" w:rsidTr="00856BD3">
        <w:trPr>
          <w:trHeight w:val="467"/>
        </w:trPr>
        <w:tc>
          <w:tcPr>
            <w:tcW w:w="11199" w:type="dxa"/>
            <w:gridSpan w:val="2"/>
            <w:shd w:val="clear" w:color="auto" w:fill="D9D9D9"/>
          </w:tcPr>
          <w:p w14:paraId="07552B0B" w14:textId="77777777" w:rsidR="00856BD3" w:rsidRPr="00971F4A" w:rsidRDefault="00856BD3" w:rsidP="00CC07DB">
            <w:pPr>
              <w:pStyle w:val="TableParagraph"/>
              <w:spacing w:before="70"/>
              <w:ind w:left="1874" w:right="1860"/>
              <w:jc w:val="center"/>
              <w:rPr>
                <w:b/>
              </w:rPr>
            </w:pPr>
            <w:r w:rsidRPr="00971F4A">
              <w:rPr>
                <w:b/>
              </w:rPr>
              <w:t>DOCUMENTS A JOINDRE OBLIGATOIREMENT</w:t>
            </w:r>
          </w:p>
        </w:tc>
      </w:tr>
      <w:tr w:rsidR="00856BD3" w:rsidRPr="00F5664C" w14:paraId="6A9BA301" w14:textId="77777777" w:rsidTr="00971F4A">
        <w:trPr>
          <w:trHeight w:val="1105"/>
        </w:trPr>
        <w:tc>
          <w:tcPr>
            <w:tcW w:w="11199" w:type="dxa"/>
            <w:gridSpan w:val="2"/>
          </w:tcPr>
          <w:p w14:paraId="48A785F0" w14:textId="77777777" w:rsidR="00856BD3" w:rsidRPr="00971F4A" w:rsidRDefault="00856BD3" w:rsidP="00CC07DB">
            <w:pPr>
              <w:pStyle w:val="TableParagraph"/>
              <w:spacing w:before="4"/>
              <w:ind w:left="112"/>
            </w:pPr>
            <w:r w:rsidRPr="00971F4A">
              <w:rPr>
                <w:rFonts w:ascii="Wingdings" w:hAnsi="Wingdings"/>
              </w:rPr>
              <w:t></w:t>
            </w:r>
            <w:r w:rsidRPr="00971F4A">
              <w:rPr>
                <w:rFonts w:ascii="Times New Roman" w:hAnsi="Times New Roman"/>
              </w:rPr>
              <w:t xml:space="preserve"> </w:t>
            </w:r>
            <w:r w:rsidRPr="00971F4A">
              <w:t>Règlement intérieur daté et signé</w:t>
            </w:r>
          </w:p>
          <w:p w14:paraId="5DCA2C11" w14:textId="77777777" w:rsidR="00856BD3" w:rsidRPr="00971F4A" w:rsidRDefault="00856BD3" w:rsidP="00CC07DB">
            <w:pPr>
              <w:pStyle w:val="TableParagraph"/>
              <w:spacing w:before="6"/>
              <w:ind w:left="112"/>
            </w:pPr>
            <w:r w:rsidRPr="00971F4A">
              <w:rPr>
                <w:rFonts w:ascii="Wingdings" w:hAnsi="Wingdings"/>
              </w:rPr>
              <w:t></w:t>
            </w:r>
            <w:r w:rsidRPr="00971F4A">
              <w:t xml:space="preserve"> 2 photos d’identité</w:t>
            </w:r>
          </w:p>
          <w:p w14:paraId="300966E3" w14:textId="77777777" w:rsidR="00856BD3" w:rsidRPr="00971F4A" w:rsidRDefault="00856BD3" w:rsidP="00CC07DB">
            <w:pPr>
              <w:pStyle w:val="TableParagraph"/>
              <w:spacing w:before="14"/>
              <w:ind w:left="112"/>
            </w:pPr>
            <w:r w:rsidRPr="00971F4A">
              <w:rPr>
                <w:rFonts w:ascii="Wingdings" w:hAnsi="Wingdings"/>
                <w:w w:val="80"/>
              </w:rPr>
              <w:t></w:t>
            </w:r>
            <w:r w:rsidRPr="00971F4A">
              <w:rPr>
                <w:rFonts w:ascii="Times New Roman" w:hAnsi="Times New Roman"/>
                <w:w w:val="80"/>
              </w:rPr>
              <w:t xml:space="preserve"> </w:t>
            </w:r>
            <w:r w:rsidRPr="00971F4A">
              <w:t xml:space="preserve">Certificat médical de moins de 3 mois pour une première inscription adulte </w:t>
            </w:r>
          </w:p>
          <w:p w14:paraId="2F6C58E9" w14:textId="6901237F" w:rsidR="00856BD3" w:rsidRDefault="00856BD3" w:rsidP="00971F4A">
            <w:pPr>
              <w:pStyle w:val="TableParagraph"/>
              <w:spacing w:before="8" w:line="237" w:lineRule="exact"/>
              <w:ind w:left="112"/>
            </w:pPr>
            <w:r w:rsidRPr="00971F4A">
              <w:rPr>
                <w:rFonts w:ascii="Wingdings" w:hAnsi="Wingdings"/>
              </w:rPr>
              <w:t></w:t>
            </w:r>
            <w:r w:rsidRPr="00971F4A">
              <w:rPr>
                <w:rFonts w:ascii="Times New Roman" w:hAnsi="Times New Roman"/>
              </w:rPr>
              <w:t xml:space="preserve"> </w:t>
            </w:r>
            <w:r w:rsidRPr="00971F4A">
              <w:t xml:space="preserve">Questionnaire médical FFSG </w:t>
            </w:r>
            <w:r w:rsidR="00971F4A" w:rsidRPr="00971F4A">
              <w:t>complété (selon les réponses</w:t>
            </w:r>
            <w:r w:rsidRPr="00971F4A">
              <w:t xml:space="preserve">, </w:t>
            </w:r>
            <w:r w:rsidR="00971F4A" w:rsidRPr="00971F4A">
              <w:t>un certificat médical pourra être nécessaire)</w:t>
            </w:r>
            <w:r w:rsidRPr="00971F4A">
              <w:t>.</w:t>
            </w:r>
          </w:p>
        </w:tc>
      </w:tr>
    </w:tbl>
    <w:p w14:paraId="3ED8C970" w14:textId="77777777" w:rsidR="00856BD3" w:rsidRDefault="00856BD3" w:rsidP="008234B8">
      <w:pPr>
        <w:pStyle w:val="TableParagraph"/>
        <w:spacing w:line="252" w:lineRule="auto"/>
        <w:ind w:left="-1191" w:right="-510"/>
        <w:jc w:val="center"/>
        <w:rPr>
          <w:rFonts w:asciiTheme="minorHAnsi" w:hAnsiTheme="minorHAnsi" w:cs="Arial"/>
          <w:b/>
          <w:bCs/>
          <w:sz w:val="16"/>
          <w:szCs w:val="16"/>
        </w:rPr>
      </w:pPr>
    </w:p>
    <w:tbl>
      <w:tblPr>
        <w:tblStyle w:val="TableNormal"/>
        <w:tblW w:w="11330"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4"/>
        <w:gridCol w:w="3536"/>
      </w:tblGrid>
      <w:tr w:rsidR="00971F4A" w:rsidRPr="00F5664C" w14:paraId="0A3379AE" w14:textId="77777777" w:rsidTr="00971F4A">
        <w:trPr>
          <w:trHeight w:val="342"/>
        </w:trPr>
        <w:tc>
          <w:tcPr>
            <w:tcW w:w="11330" w:type="dxa"/>
            <w:gridSpan w:val="2"/>
            <w:shd w:val="clear" w:color="auto" w:fill="C5DFB3"/>
          </w:tcPr>
          <w:p w14:paraId="71C769D1" w14:textId="24CEDFAB" w:rsidR="00971F4A" w:rsidRPr="00971F4A" w:rsidRDefault="00971F4A" w:rsidP="00971F4A">
            <w:pPr>
              <w:pStyle w:val="TableParagraph"/>
              <w:spacing w:line="322" w:lineRule="exact"/>
              <w:ind w:right="978"/>
              <w:jc w:val="center"/>
              <w:rPr>
                <w:b/>
                <w:sz w:val="24"/>
                <w:szCs w:val="24"/>
              </w:rPr>
            </w:pPr>
            <w:r w:rsidRPr="00971F4A">
              <w:rPr>
                <w:b/>
                <w:sz w:val="24"/>
                <w:szCs w:val="24"/>
              </w:rPr>
              <w:t xml:space="preserve">GROUPE BABY CLUB – de </w:t>
            </w:r>
            <w:r w:rsidR="00F5664C">
              <w:rPr>
                <w:b/>
                <w:sz w:val="24"/>
                <w:szCs w:val="24"/>
              </w:rPr>
              <w:t>3</w:t>
            </w:r>
            <w:r w:rsidRPr="00971F4A">
              <w:rPr>
                <w:b/>
                <w:sz w:val="24"/>
                <w:szCs w:val="24"/>
              </w:rPr>
              <w:t xml:space="preserve"> ans 1</w:t>
            </w:r>
            <w:r w:rsidRPr="00971F4A">
              <w:rPr>
                <w:b/>
                <w:sz w:val="24"/>
                <w:szCs w:val="24"/>
                <w:vertAlign w:val="superscript"/>
              </w:rPr>
              <w:t>ère</w:t>
            </w:r>
            <w:r w:rsidRPr="00971F4A">
              <w:rPr>
                <w:b/>
                <w:sz w:val="24"/>
                <w:szCs w:val="24"/>
              </w:rPr>
              <w:t xml:space="preserve"> adhésion </w:t>
            </w:r>
            <w:r w:rsidRPr="00971F4A">
              <w:rPr>
                <w:b/>
                <w:w w:val="105"/>
                <w:sz w:val="24"/>
                <w:szCs w:val="24"/>
              </w:rPr>
              <w:t>–</w:t>
            </w:r>
            <w:r>
              <w:rPr>
                <w:b/>
                <w:w w:val="105"/>
                <w:sz w:val="24"/>
                <w:szCs w:val="24"/>
              </w:rPr>
              <w:t xml:space="preserve"> </w:t>
            </w:r>
            <w:r w:rsidRPr="00971F4A">
              <w:rPr>
                <w:b/>
                <w:sz w:val="24"/>
                <w:szCs w:val="24"/>
              </w:rPr>
              <w:t>TARIFS ET HORAIRES</w:t>
            </w:r>
          </w:p>
        </w:tc>
      </w:tr>
      <w:tr w:rsidR="00971F4A" w14:paraId="2A4FE87A" w14:textId="77777777" w:rsidTr="00971F4A">
        <w:trPr>
          <w:trHeight w:val="1114"/>
        </w:trPr>
        <w:tc>
          <w:tcPr>
            <w:tcW w:w="7794" w:type="dxa"/>
          </w:tcPr>
          <w:p w14:paraId="73CFBA56" w14:textId="77777777" w:rsidR="00971F4A" w:rsidRDefault="00971F4A" w:rsidP="00CC07DB">
            <w:pPr>
              <w:pStyle w:val="TableParagraph"/>
              <w:spacing w:line="249" w:lineRule="auto"/>
              <w:ind w:left="111"/>
              <w:rPr>
                <w:b/>
                <w:w w:val="90"/>
              </w:rPr>
            </w:pPr>
          </w:p>
          <w:p w14:paraId="58DC6807" w14:textId="65DE5AF7" w:rsidR="00971F4A" w:rsidRDefault="00971F4A" w:rsidP="00CC07DB">
            <w:pPr>
              <w:pStyle w:val="TableParagraph"/>
              <w:spacing w:line="249" w:lineRule="auto"/>
              <w:ind w:left="111"/>
              <w:rPr>
                <w:b/>
              </w:rPr>
            </w:pPr>
            <w:r>
              <w:rPr>
                <w:b/>
                <w:w w:val="90"/>
              </w:rPr>
              <w:t>Cotisation</w:t>
            </w:r>
            <w:r>
              <w:rPr>
                <w:b/>
                <w:spacing w:val="-17"/>
                <w:w w:val="90"/>
              </w:rPr>
              <w:t xml:space="preserve"> </w:t>
            </w:r>
            <w:r>
              <w:rPr>
                <w:b/>
                <w:w w:val="90"/>
              </w:rPr>
              <w:t>Baby‐club</w:t>
            </w:r>
            <w:r>
              <w:rPr>
                <w:b/>
                <w:spacing w:val="-17"/>
                <w:w w:val="90"/>
              </w:rPr>
              <w:t xml:space="preserve"> </w:t>
            </w:r>
            <w:r>
              <w:rPr>
                <w:b/>
                <w:w w:val="90"/>
              </w:rPr>
              <w:t>1</w:t>
            </w:r>
            <w:r>
              <w:rPr>
                <w:b/>
                <w:spacing w:val="-16"/>
                <w:w w:val="90"/>
              </w:rPr>
              <w:t xml:space="preserve"> </w:t>
            </w:r>
            <w:r>
              <w:rPr>
                <w:b/>
                <w:w w:val="90"/>
              </w:rPr>
              <w:t>cours</w:t>
            </w:r>
            <w:r>
              <w:rPr>
                <w:b/>
                <w:spacing w:val="-17"/>
                <w:w w:val="90"/>
              </w:rPr>
              <w:t xml:space="preserve"> </w:t>
            </w:r>
            <w:r>
              <w:rPr>
                <w:b/>
                <w:w w:val="90"/>
              </w:rPr>
              <w:t>par</w:t>
            </w:r>
            <w:r>
              <w:rPr>
                <w:b/>
                <w:spacing w:val="-18"/>
                <w:w w:val="90"/>
              </w:rPr>
              <w:t xml:space="preserve"> </w:t>
            </w:r>
            <w:r>
              <w:rPr>
                <w:b/>
                <w:w w:val="90"/>
              </w:rPr>
              <w:t>semaine</w:t>
            </w:r>
            <w:r>
              <w:rPr>
                <w:b/>
                <w:spacing w:val="-17"/>
                <w:w w:val="90"/>
              </w:rPr>
              <w:t xml:space="preserve"> </w:t>
            </w:r>
            <w:r>
              <w:rPr>
                <w:b/>
                <w:w w:val="90"/>
              </w:rPr>
              <w:t>:</w:t>
            </w:r>
            <w:r>
              <w:rPr>
                <w:b/>
                <w:spacing w:val="-18"/>
                <w:w w:val="90"/>
              </w:rPr>
              <w:t xml:space="preserve"> </w:t>
            </w:r>
            <w:r>
              <w:rPr>
                <w:rFonts w:ascii="Wingdings" w:hAnsi="Wingdings"/>
                <w:w w:val="90"/>
                <w:sz w:val="24"/>
              </w:rPr>
              <w:t></w:t>
            </w:r>
            <w:r>
              <w:rPr>
                <w:rFonts w:ascii="Times New Roman" w:hAnsi="Times New Roman"/>
                <w:spacing w:val="-3"/>
                <w:w w:val="90"/>
                <w:sz w:val="24"/>
              </w:rPr>
              <w:t xml:space="preserve"> </w:t>
            </w:r>
            <w:r>
              <w:rPr>
                <w:b/>
                <w:w w:val="90"/>
              </w:rPr>
              <w:t>211</w:t>
            </w:r>
            <w:r>
              <w:rPr>
                <w:b/>
                <w:spacing w:val="-16"/>
                <w:w w:val="90"/>
              </w:rPr>
              <w:t xml:space="preserve"> </w:t>
            </w:r>
            <w:r w:rsidRPr="007065B5">
              <w:rPr>
                <w:b/>
                <w:w w:val="90"/>
              </w:rPr>
              <w:t>€</w:t>
            </w:r>
            <w:r w:rsidRPr="007065B5">
              <w:rPr>
                <w:b/>
                <w:spacing w:val="-16"/>
                <w:w w:val="90"/>
              </w:rPr>
              <w:t xml:space="preserve"> </w:t>
            </w:r>
            <w:r w:rsidRPr="00EF1FC9">
              <w:rPr>
                <w:b/>
                <w:w w:val="90"/>
                <w:highlight w:val="yellow"/>
              </w:rPr>
              <w:t>(aucune</w:t>
            </w:r>
            <w:r w:rsidRPr="00EF1FC9">
              <w:rPr>
                <w:b/>
                <w:spacing w:val="-18"/>
                <w:w w:val="90"/>
                <w:highlight w:val="yellow"/>
              </w:rPr>
              <w:t xml:space="preserve"> </w:t>
            </w:r>
            <w:r w:rsidRPr="00EF1FC9">
              <w:rPr>
                <w:b/>
                <w:w w:val="90"/>
                <w:highlight w:val="yellow"/>
              </w:rPr>
              <w:t>réduction</w:t>
            </w:r>
            <w:r w:rsidRPr="00EF1FC9">
              <w:rPr>
                <w:b/>
                <w:spacing w:val="-17"/>
                <w:w w:val="90"/>
                <w:highlight w:val="yellow"/>
              </w:rPr>
              <w:t xml:space="preserve"> </w:t>
            </w:r>
            <w:r w:rsidRPr="00EF1FC9">
              <w:rPr>
                <w:b/>
                <w:w w:val="90"/>
                <w:highlight w:val="yellow"/>
              </w:rPr>
              <w:t>applicable sauf Pass Sport)</w:t>
            </w:r>
            <w:r>
              <w:rPr>
                <w:b/>
                <w:w w:val="90"/>
              </w:rPr>
              <w:t xml:space="preserve"> </w:t>
            </w:r>
          </w:p>
          <w:p w14:paraId="1A8FC265" w14:textId="77777777" w:rsidR="00971F4A" w:rsidRDefault="00971F4A" w:rsidP="00CC07DB">
            <w:pPr>
              <w:pStyle w:val="TableParagraph"/>
              <w:tabs>
                <w:tab w:val="left" w:leader="dot" w:pos="5714"/>
              </w:tabs>
              <w:spacing w:before="87" w:line="246" w:lineRule="exact"/>
              <w:ind w:left="1917"/>
              <w:rPr>
                <w:b/>
              </w:rPr>
            </w:pPr>
            <w:r>
              <w:rPr>
                <w:b/>
                <w:w w:val="95"/>
              </w:rPr>
              <w:t>TOTAL</w:t>
            </w:r>
            <w:r>
              <w:rPr>
                <w:b/>
                <w:w w:val="95"/>
              </w:rPr>
              <w:tab/>
            </w:r>
            <w:r>
              <w:rPr>
                <w:b/>
              </w:rPr>
              <w:t>€</w:t>
            </w:r>
          </w:p>
        </w:tc>
        <w:tc>
          <w:tcPr>
            <w:tcW w:w="3536" w:type="dxa"/>
          </w:tcPr>
          <w:p w14:paraId="18214BC0" w14:textId="6E472008" w:rsidR="00971F4A" w:rsidRPr="00971F4A" w:rsidRDefault="00971F4A" w:rsidP="00CC07DB">
            <w:pPr>
              <w:pStyle w:val="TableParagraph"/>
              <w:spacing w:before="9" w:line="283" w:lineRule="exact"/>
              <w:ind w:left="213" w:right="199"/>
              <w:jc w:val="center"/>
              <w:rPr>
                <w:b/>
              </w:rPr>
            </w:pPr>
            <w:r w:rsidRPr="00971F4A">
              <w:rPr>
                <w:b/>
                <w:w w:val="95"/>
                <w:u w:val="thick"/>
              </w:rPr>
              <w:t>Horaires :</w:t>
            </w:r>
          </w:p>
          <w:p w14:paraId="5063BAEC" w14:textId="77777777" w:rsidR="00971F4A" w:rsidRDefault="00971F4A" w:rsidP="00CC07DB">
            <w:pPr>
              <w:pStyle w:val="TableParagraph"/>
              <w:spacing w:line="281" w:lineRule="exact"/>
              <w:ind w:left="219" w:right="199"/>
              <w:jc w:val="center"/>
              <w:rPr>
                <w:b/>
                <w:sz w:val="28"/>
              </w:rPr>
            </w:pPr>
            <w:r>
              <w:rPr>
                <w:b/>
              </w:rPr>
              <w:t xml:space="preserve">Mercredi 11h00 </w:t>
            </w:r>
            <w:r>
              <w:rPr>
                <w:b/>
                <w:w w:val="105"/>
              </w:rPr>
              <w:t xml:space="preserve">– </w:t>
            </w:r>
            <w:r>
              <w:rPr>
                <w:b/>
              </w:rPr>
              <w:t xml:space="preserve">12h00 </w:t>
            </w:r>
            <w:r>
              <w:rPr>
                <w:rFonts w:ascii="Wingdings" w:hAnsi="Wingdings"/>
                <w:sz w:val="24"/>
              </w:rPr>
              <w:t></w:t>
            </w:r>
          </w:p>
          <w:p w14:paraId="1D06D617" w14:textId="77777777" w:rsidR="00971F4A" w:rsidRDefault="00971F4A" w:rsidP="00CC07DB">
            <w:pPr>
              <w:pStyle w:val="TableParagraph"/>
              <w:spacing w:line="300" w:lineRule="exact"/>
              <w:ind w:left="219" w:right="198"/>
              <w:jc w:val="center"/>
              <w:rPr>
                <w:b/>
                <w:sz w:val="16"/>
              </w:rPr>
            </w:pPr>
          </w:p>
        </w:tc>
      </w:tr>
    </w:tbl>
    <w:p w14:paraId="77E2B743" w14:textId="77777777" w:rsidR="00856BD3" w:rsidRDefault="00856BD3" w:rsidP="008234B8">
      <w:pPr>
        <w:pStyle w:val="TableParagraph"/>
        <w:spacing w:line="252" w:lineRule="auto"/>
        <w:ind w:left="-1191" w:right="-510"/>
        <w:jc w:val="center"/>
        <w:rPr>
          <w:rFonts w:asciiTheme="minorHAnsi" w:hAnsiTheme="minorHAnsi" w:cs="Arial"/>
          <w:b/>
          <w:bCs/>
          <w:sz w:val="16"/>
          <w:szCs w:val="16"/>
        </w:rPr>
      </w:pPr>
    </w:p>
    <w:tbl>
      <w:tblPr>
        <w:tblStyle w:val="TableNormal"/>
        <w:tblW w:w="11303"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4499"/>
      </w:tblGrid>
      <w:tr w:rsidR="00971F4A" w14:paraId="119901D1" w14:textId="77777777" w:rsidTr="00971F4A">
        <w:trPr>
          <w:trHeight w:val="341"/>
        </w:trPr>
        <w:tc>
          <w:tcPr>
            <w:tcW w:w="11303" w:type="dxa"/>
            <w:gridSpan w:val="2"/>
            <w:shd w:val="clear" w:color="auto" w:fill="B4C5E7"/>
          </w:tcPr>
          <w:p w14:paraId="4F87361E" w14:textId="77777777" w:rsidR="00971F4A" w:rsidRPr="00971F4A" w:rsidRDefault="00971F4A" w:rsidP="00CC07DB">
            <w:pPr>
              <w:pStyle w:val="TableParagraph"/>
              <w:spacing w:line="321" w:lineRule="exact"/>
              <w:ind w:left="1270" w:right="1223"/>
              <w:jc w:val="center"/>
              <w:rPr>
                <w:b/>
                <w:sz w:val="24"/>
                <w:szCs w:val="24"/>
              </w:rPr>
            </w:pPr>
            <w:r w:rsidRPr="00971F4A">
              <w:rPr>
                <w:b/>
                <w:sz w:val="24"/>
                <w:szCs w:val="24"/>
              </w:rPr>
              <w:t xml:space="preserve">GROUPE INITIATION LOISIR MOINS DE 18 ANS </w:t>
            </w:r>
            <w:r w:rsidRPr="00971F4A">
              <w:rPr>
                <w:b/>
                <w:w w:val="105"/>
                <w:sz w:val="24"/>
                <w:szCs w:val="24"/>
              </w:rPr>
              <w:t xml:space="preserve">– </w:t>
            </w:r>
            <w:r w:rsidRPr="00971F4A">
              <w:rPr>
                <w:b/>
                <w:sz w:val="24"/>
                <w:szCs w:val="24"/>
              </w:rPr>
              <w:t>TARIFS ET HORAIRES</w:t>
            </w:r>
          </w:p>
          <w:p w14:paraId="1133F70A" w14:textId="77777777" w:rsidR="00971F4A" w:rsidRDefault="00971F4A" w:rsidP="00CC07DB">
            <w:pPr>
              <w:pStyle w:val="TableParagraph"/>
              <w:spacing w:line="321" w:lineRule="exact"/>
              <w:ind w:left="1270" w:right="1223"/>
              <w:jc w:val="center"/>
              <w:rPr>
                <w:b/>
                <w:sz w:val="28"/>
              </w:rPr>
            </w:pPr>
            <w:r w:rsidRPr="00971F4A">
              <w:rPr>
                <w:b/>
                <w:sz w:val="24"/>
                <w:szCs w:val="24"/>
              </w:rPr>
              <w:t>JUSQU’A 3</w:t>
            </w:r>
            <w:r w:rsidRPr="00971F4A">
              <w:rPr>
                <w:b/>
                <w:sz w:val="24"/>
                <w:szCs w:val="24"/>
                <w:vertAlign w:val="superscript"/>
              </w:rPr>
              <w:t>ème</w:t>
            </w:r>
            <w:r w:rsidRPr="00971F4A">
              <w:rPr>
                <w:b/>
                <w:sz w:val="24"/>
                <w:szCs w:val="24"/>
              </w:rPr>
              <w:t xml:space="preserve"> lame</w:t>
            </w:r>
          </w:p>
        </w:tc>
      </w:tr>
      <w:tr w:rsidR="00971F4A" w:rsidRPr="001E003F" w14:paraId="7DD4E1C2" w14:textId="77777777" w:rsidTr="00971F4A">
        <w:trPr>
          <w:trHeight w:val="1898"/>
        </w:trPr>
        <w:tc>
          <w:tcPr>
            <w:tcW w:w="6804" w:type="dxa"/>
          </w:tcPr>
          <w:p w14:paraId="0BECF61B" w14:textId="77777777" w:rsidR="00971F4A" w:rsidRDefault="00971F4A" w:rsidP="00CC07DB">
            <w:pPr>
              <w:pStyle w:val="TableParagraph"/>
              <w:ind w:left="664"/>
              <w:rPr>
                <w:b/>
              </w:rPr>
            </w:pPr>
            <w:r>
              <w:rPr>
                <w:b/>
              </w:rPr>
              <w:t xml:space="preserve">Cotisation 1 cours par semaine : </w:t>
            </w:r>
            <w:r>
              <w:rPr>
                <w:rFonts w:ascii="Wingdings" w:hAnsi="Wingdings"/>
                <w:sz w:val="24"/>
              </w:rPr>
              <w:t></w:t>
            </w:r>
            <w:r>
              <w:rPr>
                <w:rFonts w:ascii="Times New Roman" w:hAnsi="Times New Roman"/>
                <w:sz w:val="24"/>
              </w:rPr>
              <w:t xml:space="preserve"> </w:t>
            </w:r>
            <w:r>
              <w:rPr>
                <w:b/>
              </w:rPr>
              <w:t>335 €</w:t>
            </w:r>
          </w:p>
          <w:p w14:paraId="1CAA277A" w14:textId="77777777" w:rsidR="00971F4A" w:rsidRDefault="00971F4A" w:rsidP="00CC07DB">
            <w:pPr>
              <w:pStyle w:val="TableParagraph"/>
              <w:spacing w:before="6"/>
              <w:ind w:left="112" w:right="225"/>
              <w:rPr>
                <w:b/>
              </w:rPr>
            </w:pPr>
            <w:r>
              <w:rPr>
                <w:rFonts w:ascii="Carlito" w:hAnsi="Carlito"/>
                <w:b/>
                <w:i/>
              </w:rPr>
              <w:t>Montant de la cotisation 1</w:t>
            </w:r>
            <w:r>
              <w:rPr>
                <w:rFonts w:ascii="Carlito" w:hAnsi="Carlito"/>
                <w:b/>
                <w:i/>
                <w:vertAlign w:val="superscript"/>
              </w:rPr>
              <w:t>ère</w:t>
            </w:r>
            <w:r>
              <w:rPr>
                <w:rFonts w:ascii="Carlito" w:hAnsi="Carlito"/>
                <w:b/>
                <w:i/>
              </w:rPr>
              <w:t xml:space="preserve"> adhésion moins de 10 ans : 211 € (</w:t>
            </w:r>
            <w:r>
              <w:rPr>
                <w:rFonts w:ascii="Carlito" w:hAnsi="Carlito"/>
                <w:b/>
                <w:i/>
                <w:u w:val="single"/>
              </w:rPr>
              <w:t>aucune</w:t>
            </w:r>
            <w:r>
              <w:rPr>
                <w:rFonts w:ascii="Carlito" w:hAnsi="Carlito"/>
                <w:b/>
                <w:i/>
              </w:rPr>
              <w:t xml:space="preserve"> </w:t>
            </w:r>
            <w:r>
              <w:rPr>
                <w:rFonts w:ascii="Carlito" w:hAnsi="Carlito"/>
                <w:b/>
                <w:i/>
                <w:u w:val="single"/>
              </w:rPr>
              <w:t>réduction applicable sauf Pass Sport, âge enfant retenu à la date d’inscription</w:t>
            </w:r>
            <w:r>
              <w:rPr>
                <w:b/>
              </w:rPr>
              <w:t>)</w:t>
            </w:r>
          </w:p>
          <w:p w14:paraId="46B9399A" w14:textId="77777777" w:rsidR="00971F4A" w:rsidRDefault="00971F4A" w:rsidP="00CC07DB">
            <w:pPr>
              <w:pStyle w:val="TableParagraph"/>
              <w:spacing w:before="6"/>
              <w:ind w:left="112" w:right="225"/>
              <w:rPr>
                <w:b/>
                <w:w w:val="86"/>
              </w:rPr>
            </w:pPr>
            <w:r>
              <w:rPr>
                <w:b/>
              </w:rPr>
              <w:t xml:space="preserve"> </w:t>
            </w:r>
            <w:r>
              <w:rPr>
                <w:b/>
                <w:w w:val="95"/>
              </w:rPr>
              <w:t>1</w:t>
            </w:r>
            <w:r>
              <w:rPr>
                <w:b/>
                <w:spacing w:val="-46"/>
                <w:w w:val="95"/>
              </w:rPr>
              <w:t xml:space="preserve"> </w:t>
            </w:r>
            <w:r>
              <w:rPr>
                <w:b/>
                <w:w w:val="95"/>
              </w:rPr>
              <w:t>cours</w:t>
            </w:r>
            <w:r>
              <w:rPr>
                <w:b/>
                <w:spacing w:val="-45"/>
                <w:w w:val="95"/>
              </w:rPr>
              <w:t xml:space="preserve"> </w:t>
            </w:r>
            <w:r>
              <w:rPr>
                <w:b/>
                <w:w w:val="95"/>
              </w:rPr>
              <w:t>supplémentaire</w:t>
            </w:r>
            <w:r>
              <w:rPr>
                <w:b/>
                <w:spacing w:val="-46"/>
                <w:w w:val="95"/>
              </w:rPr>
              <w:t xml:space="preserve"> </w:t>
            </w:r>
            <w:r>
              <w:rPr>
                <w:b/>
                <w:w w:val="95"/>
              </w:rPr>
              <w:t>:</w:t>
            </w:r>
            <w:r>
              <w:rPr>
                <w:b/>
                <w:spacing w:val="-45"/>
                <w:w w:val="95"/>
              </w:rPr>
              <w:t xml:space="preserve"> </w:t>
            </w:r>
            <w:r>
              <w:rPr>
                <w:rFonts w:ascii="Wingdings" w:hAnsi="Wingdings"/>
                <w:w w:val="95"/>
              </w:rPr>
              <w:t></w:t>
            </w:r>
            <w:r>
              <w:rPr>
                <w:rFonts w:ascii="Times New Roman" w:hAnsi="Times New Roman"/>
                <w:spacing w:val="-33"/>
                <w:w w:val="95"/>
              </w:rPr>
              <w:t xml:space="preserve"> </w:t>
            </w:r>
            <w:r>
              <w:rPr>
                <w:b/>
                <w:w w:val="95"/>
              </w:rPr>
              <w:t>165</w:t>
            </w:r>
            <w:r>
              <w:rPr>
                <w:b/>
                <w:spacing w:val="-45"/>
                <w:w w:val="95"/>
              </w:rPr>
              <w:t xml:space="preserve"> </w:t>
            </w:r>
            <w:r>
              <w:rPr>
                <w:b/>
                <w:w w:val="95"/>
              </w:rPr>
              <w:t>€</w:t>
            </w:r>
            <w:r>
              <w:rPr>
                <w:b/>
                <w:w w:val="86"/>
              </w:rPr>
              <w:t xml:space="preserve">    </w:t>
            </w:r>
          </w:p>
          <w:p w14:paraId="4AE3B152" w14:textId="77777777" w:rsidR="00971F4A" w:rsidRDefault="00971F4A" w:rsidP="00CC07DB">
            <w:pPr>
              <w:pStyle w:val="TableParagraph"/>
              <w:tabs>
                <w:tab w:val="left" w:leader="dot" w:pos="5274"/>
              </w:tabs>
              <w:spacing w:before="125" w:line="248" w:lineRule="exact"/>
              <w:ind w:left="1429"/>
              <w:rPr>
                <w:b/>
              </w:rPr>
            </w:pPr>
            <w:r>
              <w:rPr>
                <w:b/>
                <w:w w:val="95"/>
              </w:rPr>
              <w:t>TOTAL</w:t>
            </w:r>
            <w:r>
              <w:rPr>
                <w:b/>
                <w:spacing w:val="-39"/>
                <w:w w:val="95"/>
              </w:rPr>
              <w:t xml:space="preserve"> </w:t>
            </w:r>
            <w:r>
              <w:rPr>
                <w:b/>
                <w:w w:val="95"/>
              </w:rPr>
              <w:tab/>
            </w:r>
            <w:r>
              <w:rPr>
                <w:b/>
              </w:rPr>
              <w:t>€</w:t>
            </w:r>
          </w:p>
        </w:tc>
        <w:tc>
          <w:tcPr>
            <w:tcW w:w="4499" w:type="dxa"/>
          </w:tcPr>
          <w:p w14:paraId="1C16719B" w14:textId="77777777" w:rsidR="00971F4A" w:rsidRPr="00971F4A" w:rsidRDefault="00971F4A" w:rsidP="00CC07DB">
            <w:pPr>
              <w:pStyle w:val="TableParagraph"/>
              <w:spacing w:before="49"/>
              <w:ind w:left="245" w:right="229"/>
              <w:jc w:val="center"/>
              <w:rPr>
                <w:b/>
              </w:rPr>
            </w:pPr>
            <w:r w:rsidRPr="00971F4A">
              <w:rPr>
                <w:b/>
                <w:w w:val="95"/>
                <w:u w:val="thick"/>
              </w:rPr>
              <w:t>Horaires, cochez votre/vos choix</w:t>
            </w:r>
            <w:r w:rsidRPr="00971F4A">
              <w:rPr>
                <w:b/>
                <w:w w:val="95"/>
              </w:rPr>
              <w:t xml:space="preserve"> :</w:t>
            </w:r>
          </w:p>
          <w:p w14:paraId="2411007B" w14:textId="77777777" w:rsidR="00971F4A" w:rsidRDefault="00971F4A" w:rsidP="00CC07DB">
            <w:pPr>
              <w:pStyle w:val="TableParagraph"/>
              <w:spacing w:before="2"/>
              <w:rPr>
                <w:b/>
              </w:rPr>
            </w:pPr>
          </w:p>
          <w:p w14:paraId="3B4C38DD" w14:textId="77777777" w:rsidR="00971F4A" w:rsidRPr="001E003F" w:rsidRDefault="00971F4A" w:rsidP="00CC07DB">
            <w:pPr>
              <w:pStyle w:val="TableParagraph"/>
              <w:ind w:left="245" w:right="229"/>
              <w:jc w:val="center"/>
              <w:rPr>
                <w:rFonts w:ascii="Wingdings" w:hAnsi="Wingdings"/>
                <w:sz w:val="20"/>
                <w:lang w:val="en-GB"/>
              </w:rPr>
            </w:pPr>
            <w:r w:rsidRPr="001E003F">
              <w:rPr>
                <w:b/>
                <w:sz w:val="20"/>
                <w:lang w:val="en-GB"/>
              </w:rPr>
              <w:t>Lundi</w:t>
            </w:r>
            <w:r w:rsidRPr="001E003F">
              <w:rPr>
                <w:b/>
                <w:spacing w:val="-41"/>
                <w:sz w:val="20"/>
                <w:lang w:val="en-GB"/>
              </w:rPr>
              <w:t xml:space="preserve"> </w:t>
            </w:r>
            <w:r w:rsidRPr="001E003F">
              <w:rPr>
                <w:b/>
                <w:sz w:val="20"/>
                <w:lang w:val="en-GB"/>
              </w:rPr>
              <w:t>18</w:t>
            </w:r>
            <w:r w:rsidRPr="001E003F">
              <w:rPr>
                <w:b/>
                <w:spacing w:val="-39"/>
                <w:sz w:val="20"/>
                <w:lang w:val="en-GB"/>
              </w:rPr>
              <w:t xml:space="preserve"> </w:t>
            </w:r>
            <w:r w:rsidRPr="001E003F">
              <w:rPr>
                <w:b/>
                <w:sz w:val="20"/>
                <w:lang w:val="en-GB"/>
              </w:rPr>
              <w:t>H</w:t>
            </w:r>
            <w:r w:rsidRPr="001E003F">
              <w:rPr>
                <w:b/>
                <w:spacing w:val="-41"/>
                <w:sz w:val="20"/>
                <w:lang w:val="en-GB"/>
              </w:rPr>
              <w:t xml:space="preserve"> </w:t>
            </w:r>
            <w:r w:rsidRPr="001E003F">
              <w:rPr>
                <w:b/>
                <w:sz w:val="20"/>
                <w:lang w:val="en-GB"/>
              </w:rPr>
              <w:t>00</w:t>
            </w:r>
            <w:r w:rsidRPr="001E003F">
              <w:rPr>
                <w:b/>
                <w:spacing w:val="-40"/>
                <w:sz w:val="20"/>
                <w:lang w:val="en-GB"/>
              </w:rPr>
              <w:t xml:space="preserve"> </w:t>
            </w:r>
            <w:r w:rsidRPr="001E003F">
              <w:rPr>
                <w:b/>
                <w:w w:val="105"/>
                <w:sz w:val="20"/>
                <w:lang w:val="en-GB"/>
              </w:rPr>
              <w:t>–</w:t>
            </w:r>
            <w:r w:rsidRPr="001E003F">
              <w:rPr>
                <w:b/>
                <w:spacing w:val="-43"/>
                <w:w w:val="105"/>
                <w:sz w:val="20"/>
                <w:lang w:val="en-GB"/>
              </w:rPr>
              <w:t xml:space="preserve"> </w:t>
            </w:r>
            <w:r w:rsidRPr="001E003F">
              <w:rPr>
                <w:b/>
                <w:sz w:val="20"/>
                <w:lang w:val="en-GB"/>
              </w:rPr>
              <w:t>19</w:t>
            </w:r>
            <w:r w:rsidRPr="001E003F">
              <w:rPr>
                <w:b/>
                <w:spacing w:val="-40"/>
                <w:sz w:val="20"/>
                <w:lang w:val="en-GB"/>
              </w:rPr>
              <w:t xml:space="preserve"> </w:t>
            </w:r>
            <w:r w:rsidRPr="001E003F">
              <w:rPr>
                <w:b/>
                <w:sz w:val="20"/>
                <w:lang w:val="en-GB"/>
              </w:rPr>
              <w:t>H</w:t>
            </w:r>
            <w:r w:rsidRPr="001E003F">
              <w:rPr>
                <w:b/>
                <w:spacing w:val="-40"/>
                <w:sz w:val="20"/>
                <w:lang w:val="en-GB"/>
              </w:rPr>
              <w:t xml:space="preserve"> </w:t>
            </w:r>
            <w:r w:rsidRPr="001E003F">
              <w:rPr>
                <w:b/>
                <w:sz w:val="20"/>
                <w:lang w:val="en-GB"/>
              </w:rPr>
              <w:t>00</w:t>
            </w:r>
            <w:r w:rsidRPr="001E003F">
              <w:rPr>
                <w:b/>
                <w:spacing w:val="-40"/>
                <w:sz w:val="20"/>
                <w:lang w:val="en-GB"/>
              </w:rPr>
              <w:t xml:space="preserve"> </w:t>
            </w:r>
            <w:r>
              <w:rPr>
                <w:rFonts w:ascii="Wingdings" w:hAnsi="Wingdings"/>
                <w:sz w:val="20"/>
              </w:rPr>
              <w:t></w:t>
            </w:r>
          </w:p>
          <w:p w14:paraId="762E4961" w14:textId="77777777" w:rsidR="00971F4A" w:rsidRPr="001E003F" w:rsidRDefault="00971F4A" w:rsidP="00CC07DB">
            <w:pPr>
              <w:pStyle w:val="TableParagraph"/>
              <w:spacing w:before="8"/>
              <w:ind w:left="242" w:right="229"/>
              <w:jc w:val="center"/>
              <w:rPr>
                <w:rFonts w:ascii="Wingdings" w:hAnsi="Wingdings"/>
                <w:sz w:val="20"/>
                <w:lang w:val="en-GB"/>
              </w:rPr>
            </w:pPr>
            <w:r w:rsidRPr="001E003F">
              <w:rPr>
                <w:b/>
                <w:sz w:val="20"/>
                <w:lang w:val="en-GB"/>
              </w:rPr>
              <w:t>Mardi</w:t>
            </w:r>
            <w:r w:rsidRPr="001E003F">
              <w:rPr>
                <w:b/>
                <w:spacing w:val="-34"/>
                <w:sz w:val="20"/>
                <w:lang w:val="en-GB"/>
              </w:rPr>
              <w:t xml:space="preserve"> </w:t>
            </w:r>
            <w:r w:rsidRPr="001E003F">
              <w:rPr>
                <w:b/>
                <w:sz w:val="20"/>
                <w:lang w:val="en-GB"/>
              </w:rPr>
              <w:t>18</w:t>
            </w:r>
            <w:r w:rsidRPr="001E003F">
              <w:rPr>
                <w:b/>
                <w:spacing w:val="-33"/>
                <w:sz w:val="20"/>
                <w:lang w:val="en-GB"/>
              </w:rPr>
              <w:t xml:space="preserve"> </w:t>
            </w:r>
            <w:r w:rsidRPr="001E003F">
              <w:rPr>
                <w:b/>
                <w:sz w:val="20"/>
                <w:lang w:val="en-GB"/>
              </w:rPr>
              <w:t>H</w:t>
            </w:r>
            <w:r w:rsidRPr="001E003F">
              <w:rPr>
                <w:b/>
                <w:spacing w:val="-34"/>
                <w:sz w:val="20"/>
                <w:lang w:val="en-GB"/>
              </w:rPr>
              <w:t xml:space="preserve"> </w:t>
            </w:r>
            <w:r w:rsidRPr="001E003F">
              <w:rPr>
                <w:b/>
                <w:sz w:val="20"/>
                <w:lang w:val="en-GB"/>
              </w:rPr>
              <w:t>00</w:t>
            </w:r>
            <w:r w:rsidRPr="001E003F">
              <w:rPr>
                <w:b/>
                <w:spacing w:val="-35"/>
                <w:sz w:val="20"/>
                <w:lang w:val="en-GB"/>
              </w:rPr>
              <w:t xml:space="preserve"> </w:t>
            </w:r>
            <w:r w:rsidRPr="001E003F">
              <w:rPr>
                <w:b/>
                <w:w w:val="105"/>
                <w:sz w:val="20"/>
                <w:lang w:val="en-GB"/>
              </w:rPr>
              <w:t>–</w:t>
            </w:r>
            <w:r w:rsidRPr="001E003F">
              <w:rPr>
                <w:b/>
                <w:spacing w:val="-36"/>
                <w:w w:val="105"/>
                <w:sz w:val="20"/>
                <w:lang w:val="en-GB"/>
              </w:rPr>
              <w:t xml:space="preserve"> </w:t>
            </w:r>
            <w:r w:rsidRPr="001E003F">
              <w:rPr>
                <w:b/>
                <w:sz w:val="20"/>
                <w:lang w:val="en-GB"/>
              </w:rPr>
              <w:t>19</w:t>
            </w:r>
            <w:r w:rsidRPr="001E003F">
              <w:rPr>
                <w:b/>
                <w:spacing w:val="-34"/>
                <w:sz w:val="20"/>
                <w:lang w:val="en-GB"/>
              </w:rPr>
              <w:t xml:space="preserve"> </w:t>
            </w:r>
            <w:r w:rsidRPr="001E003F">
              <w:rPr>
                <w:b/>
                <w:sz w:val="20"/>
                <w:lang w:val="en-GB"/>
              </w:rPr>
              <w:t>H</w:t>
            </w:r>
            <w:r w:rsidRPr="001E003F">
              <w:rPr>
                <w:b/>
                <w:spacing w:val="-34"/>
                <w:sz w:val="20"/>
                <w:lang w:val="en-GB"/>
              </w:rPr>
              <w:t xml:space="preserve"> </w:t>
            </w:r>
            <w:r w:rsidRPr="001E003F">
              <w:rPr>
                <w:b/>
                <w:sz w:val="20"/>
                <w:lang w:val="en-GB"/>
              </w:rPr>
              <w:t>00</w:t>
            </w:r>
            <w:r w:rsidRPr="001E003F">
              <w:rPr>
                <w:b/>
                <w:spacing w:val="-34"/>
                <w:sz w:val="20"/>
                <w:lang w:val="en-GB"/>
              </w:rPr>
              <w:t xml:space="preserve"> </w:t>
            </w:r>
            <w:r>
              <w:rPr>
                <w:rFonts w:ascii="Wingdings" w:hAnsi="Wingdings"/>
                <w:sz w:val="20"/>
              </w:rPr>
              <w:t></w:t>
            </w:r>
          </w:p>
          <w:p w14:paraId="68C1F8EF" w14:textId="77777777" w:rsidR="00971F4A" w:rsidRPr="001E003F" w:rsidRDefault="00971F4A" w:rsidP="00CC07DB">
            <w:pPr>
              <w:pStyle w:val="TableParagraph"/>
              <w:spacing w:before="12"/>
              <w:ind w:left="245" w:right="228"/>
              <w:jc w:val="center"/>
              <w:rPr>
                <w:b/>
                <w:sz w:val="28"/>
                <w:lang w:val="en-GB"/>
              </w:rPr>
            </w:pPr>
            <w:r w:rsidRPr="001E003F">
              <w:rPr>
                <w:b/>
                <w:sz w:val="20"/>
                <w:lang w:val="en-GB"/>
              </w:rPr>
              <w:t>Mercredi</w:t>
            </w:r>
            <w:r w:rsidRPr="001E003F">
              <w:rPr>
                <w:b/>
                <w:spacing w:val="-37"/>
                <w:sz w:val="20"/>
                <w:lang w:val="en-GB"/>
              </w:rPr>
              <w:t xml:space="preserve"> </w:t>
            </w:r>
            <w:r w:rsidRPr="001E003F">
              <w:rPr>
                <w:b/>
                <w:sz w:val="20"/>
                <w:lang w:val="en-GB"/>
              </w:rPr>
              <w:t>11h00</w:t>
            </w:r>
            <w:r w:rsidRPr="001E003F">
              <w:rPr>
                <w:b/>
                <w:spacing w:val="-35"/>
                <w:sz w:val="20"/>
                <w:lang w:val="en-GB"/>
              </w:rPr>
              <w:t xml:space="preserve"> </w:t>
            </w:r>
            <w:r w:rsidRPr="001E003F">
              <w:rPr>
                <w:b/>
                <w:w w:val="105"/>
                <w:sz w:val="20"/>
                <w:lang w:val="en-GB"/>
              </w:rPr>
              <w:t>–</w:t>
            </w:r>
            <w:r w:rsidRPr="001E003F">
              <w:rPr>
                <w:b/>
                <w:spacing w:val="-40"/>
                <w:w w:val="105"/>
                <w:sz w:val="20"/>
                <w:lang w:val="en-GB"/>
              </w:rPr>
              <w:t xml:space="preserve"> </w:t>
            </w:r>
            <w:r w:rsidRPr="001E003F">
              <w:rPr>
                <w:b/>
                <w:sz w:val="20"/>
                <w:lang w:val="en-GB"/>
              </w:rPr>
              <w:t>12h00</w:t>
            </w:r>
            <w:r w:rsidRPr="001E003F">
              <w:rPr>
                <w:b/>
                <w:spacing w:val="-36"/>
                <w:sz w:val="20"/>
                <w:lang w:val="en-GB"/>
              </w:rPr>
              <w:t xml:space="preserve"> </w:t>
            </w:r>
            <w:r>
              <w:rPr>
                <w:rFonts w:ascii="Wingdings" w:hAnsi="Wingdings"/>
                <w:sz w:val="20"/>
              </w:rPr>
              <w:t></w:t>
            </w:r>
          </w:p>
          <w:p w14:paraId="7477DBD6" w14:textId="77777777" w:rsidR="00971F4A" w:rsidRPr="001E003F" w:rsidRDefault="00971F4A" w:rsidP="00CC07DB">
            <w:pPr>
              <w:pStyle w:val="TableParagraph"/>
              <w:spacing w:before="17"/>
              <w:ind w:left="245" w:right="229"/>
              <w:jc w:val="center"/>
              <w:rPr>
                <w:rFonts w:ascii="Wingdings" w:hAnsi="Wingdings"/>
                <w:sz w:val="20"/>
                <w:lang w:val="en-GB"/>
              </w:rPr>
            </w:pPr>
            <w:r w:rsidRPr="001E003F">
              <w:rPr>
                <w:b/>
                <w:sz w:val="20"/>
                <w:lang w:val="en-GB"/>
              </w:rPr>
              <w:t>Mercredi</w:t>
            </w:r>
            <w:r w:rsidRPr="001E003F">
              <w:rPr>
                <w:b/>
                <w:spacing w:val="-41"/>
                <w:sz w:val="20"/>
                <w:lang w:val="en-GB"/>
              </w:rPr>
              <w:t xml:space="preserve"> </w:t>
            </w:r>
            <w:r w:rsidRPr="001E003F">
              <w:rPr>
                <w:b/>
                <w:sz w:val="20"/>
                <w:lang w:val="en-GB"/>
              </w:rPr>
              <w:t>13</w:t>
            </w:r>
            <w:r w:rsidRPr="001E003F">
              <w:rPr>
                <w:b/>
                <w:spacing w:val="-40"/>
                <w:sz w:val="20"/>
                <w:lang w:val="en-GB"/>
              </w:rPr>
              <w:t xml:space="preserve"> </w:t>
            </w:r>
            <w:r w:rsidRPr="001E003F">
              <w:rPr>
                <w:b/>
                <w:sz w:val="20"/>
                <w:lang w:val="en-GB"/>
              </w:rPr>
              <w:t>H</w:t>
            </w:r>
            <w:r w:rsidRPr="001E003F">
              <w:rPr>
                <w:b/>
                <w:spacing w:val="-41"/>
                <w:sz w:val="20"/>
                <w:lang w:val="en-GB"/>
              </w:rPr>
              <w:t xml:space="preserve"> </w:t>
            </w:r>
            <w:r w:rsidRPr="001E003F">
              <w:rPr>
                <w:b/>
                <w:sz w:val="20"/>
                <w:lang w:val="en-GB"/>
              </w:rPr>
              <w:t>30</w:t>
            </w:r>
            <w:r w:rsidRPr="001E003F">
              <w:rPr>
                <w:b/>
                <w:spacing w:val="-39"/>
                <w:sz w:val="20"/>
                <w:lang w:val="en-GB"/>
              </w:rPr>
              <w:t xml:space="preserve"> </w:t>
            </w:r>
            <w:r w:rsidRPr="001E003F">
              <w:rPr>
                <w:b/>
                <w:w w:val="105"/>
                <w:sz w:val="20"/>
                <w:lang w:val="en-GB"/>
              </w:rPr>
              <w:t>–</w:t>
            </w:r>
            <w:r w:rsidRPr="001E003F">
              <w:rPr>
                <w:b/>
                <w:spacing w:val="-44"/>
                <w:w w:val="105"/>
                <w:sz w:val="20"/>
                <w:lang w:val="en-GB"/>
              </w:rPr>
              <w:t xml:space="preserve"> </w:t>
            </w:r>
            <w:r w:rsidRPr="001E003F">
              <w:rPr>
                <w:b/>
                <w:sz w:val="20"/>
                <w:lang w:val="en-GB"/>
              </w:rPr>
              <w:t>14</w:t>
            </w:r>
            <w:r w:rsidRPr="001E003F">
              <w:rPr>
                <w:b/>
                <w:spacing w:val="-40"/>
                <w:sz w:val="20"/>
                <w:lang w:val="en-GB"/>
              </w:rPr>
              <w:t xml:space="preserve"> </w:t>
            </w:r>
            <w:r w:rsidRPr="001E003F">
              <w:rPr>
                <w:b/>
                <w:sz w:val="20"/>
                <w:lang w:val="en-GB"/>
              </w:rPr>
              <w:t>H</w:t>
            </w:r>
            <w:r w:rsidRPr="001E003F">
              <w:rPr>
                <w:b/>
                <w:spacing w:val="-40"/>
                <w:sz w:val="20"/>
                <w:lang w:val="en-GB"/>
              </w:rPr>
              <w:t xml:space="preserve"> </w:t>
            </w:r>
            <w:r w:rsidRPr="001E003F">
              <w:rPr>
                <w:b/>
                <w:sz w:val="20"/>
                <w:lang w:val="en-GB"/>
              </w:rPr>
              <w:t>30</w:t>
            </w:r>
            <w:r w:rsidRPr="001E003F">
              <w:rPr>
                <w:b/>
                <w:spacing w:val="-41"/>
                <w:sz w:val="20"/>
                <w:lang w:val="en-GB"/>
              </w:rPr>
              <w:t xml:space="preserve"> </w:t>
            </w:r>
            <w:r>
              <w:rPr>
                <w:rFonts w:ascii="Wingdings" w:hAnsi="Wingdings"/>
                <w:sz w:val="20"/>
              </w:rPr>
              <w:t></w:t>
            </w:r>
          </w:p>
          <w:p w14:paraId="353999FA" w14:textId="77777777" w:rsidR="00971F4A" w:rsidRPr="001E003F" w:rsidRDefault="00971F4A" w:rsidP="00CC07DB">
            <w:pPr>
              <w:pStyle w:val="TableParagraph"/>
              <w:spacing w:before="186"/>
              <w:ind w:left="38"/>
              <w:rPr>
                <w:b/>
                <w:sz w:val="16"/>
                <w:lang w:val="en-GB"/>
              </w:rPr>
            </w:pPr>
          </w:p>
        </w:tc>
      </w:tr>
    </w:tbl>
    <w:p w14:paraId="7FADF46F" w14:textId="77777777" w:rsidR="00971F4A" w:rsidRPr="00971F4A" w:rsidRDefault="00971F4A" w:rsidP="008234B8">
      <w:pPr>
        <w:pStyle w:val="TableParagraph"/>
        <w:spacing w:line="252" w:lineRule="auto"/>
        <w:ind w:left="-1191" w:right="-510"/>
        <w:jc w:val="center"/>
        <w:rPr>
          <w:rFonts w:asciiTheme="minorHAnsi" w:hAnsiTheme="minorHAnsi" w:cs="Arial"/>
          <w:b/>
          <w:bCs/>
          <w:sz w:val="16"/>
          <w:szCs w:val="16"/>
          <w:lang w:val="en-GB"/>
        </w:rPr>
      </w:pPr>
    </w:p>
    <w:tbl>
      <w:tblPr>
        <w:tblStyle w:val="TableNormal"/>
        <w:tblW w:w="11332"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2"/>
        <w:gridCol w:w="4530"/>
      </w:tblGrid>
      <w:tr w:rsidR="00971F4A" w:rsidRPr="00F5664C" w14:paraId="57CDC950" w14:textId="77777777" w:rsidTr="00971F4A">
        <w:trPr>
          <w:trHeight w:val="320"/>
        </w:trPr>
        <w:tc>
          <w:tcPr>
            <w:tcW w:w="11332" w:type="dxa"/>
            <w:gridSpan w:val="2"/>
            <w:shd w:val="clear" w:color="auto" w:fill="FF9A9A"/>
          </w:tcPr>
          <w:p w14:paraId="119D4F5E" w14:textId="77777777" w:rsidR="00971F4A" w:rsidRPr="00971F4A" w:rsidRDefault="00971F4A" w:rsidP="00CC07DB">
            <w:pPr>
              <w:pStyle w:val="TableParagraph"/>
              <w:spacing w:line="300" w:lineRule="exact"/>
              <w:ind w:left="140"/>
              <w:jc w:val="center"/>
              <w:rPr>
                <w:b/>
                <w:w w:val="95"/>
                <w:sz w:val="24"/>
                <w:szCs w:val="24"/>
              </w:rPr>
            </w:pPr>
            <w:r w:rsidRPr="00971F4A">
              <w:rPr>
                <w:b/>
                <w:w w:val="95"/>
                <w:sz w:val="24"/>
                <w:szCs w:val="24"/>
              </w:rPr>
              <w:t>GROUPE</w:t>
            </w:r>
            <w:r w:rsidRPr="00971F4A">
              <w:rPr>
                <w:b/>
                <w:spacing w:val="-31"/>
                <w:w w:val="95"/>
                <w:sz w:val="24"/>
                <w:szCs w:val="24"/>
              </w:rPr>
              <w:t xml:space="preserve"> </w:t>
            </w:r>
            <w:r w:rsidRPr="00971F4A">
              <w:rPr>
                <w:b/>
                <w:w w:val="95"/>
                <w:sz w:val="24"/>
                <w:szCs w:val="24"/>
              </w:rPr>
              <w:t>LOISIR</w:t>
            </w:r>
            <w:r w:rsidRPr="00971F4A">
              <w:rPr>
                <w:b/>
                <w:spacing w:val="-31"/>
                <w:w w:val="95"/>
                <w:sz w:val="24"/>
                <w:szCs w:val="24"/>
              </w:rPr>
              <w:t xml:space="preserve"> </w:t>
            </w:r>
            <w:r w:rsidRPr="00971F4A">
              <w:rPr>
                <w:b/>
                <w:w w:val="95"/>
                <w:sz w:val="24"/>
                <w:szCs w:val="24"/>
              </w:rPr>
              <w:t>AVANCE</w:t>
            </w:r>
            <w:r w:rsidRPr="00971F4A">
              <w:rPr>
                <w:b/>
                <w:spacing w:val="-30"/>
                <w:w w:val="95"/>
                <w:sz w:val="24"/>
                <w:szCs w:val="24"/>
              </w:rPr>
              <w:t xml:space="preserve"> </w:t>
            </w:r>
            <w:r w:rsidRPr="00971F4A">
              <w:rPr>
                <w:b/>
                <w:w w:val="95"/>
                <w:sz w:val="24"/>
                <w:szCs w:val="24"/>
              </w:rPr>
              <w:t>MOINS</w:t>
            </w:r>
            <w:r w:rsidRPr="00971F4A">
              <w:rPr>
                <w:b/>
                <w:spacing w:val="-30"/>
                <w:w w:val="95"/>
                <w:sz w:val="24"/>
                <w:szCs w:val="24"/>
              </w:rPr>
              <w:t xml:space="preserve"> </w:t>
            </w:r>
            <w:r w:rsidRPr="00971F4A">
              <w:rPr>
                <w:b/>
                <w:w w:val="95"/>
                <w:sz w:val="24"/>
                <w:szCs w:val="24"/>
              </w:rPr>
              <w:t>18</w:t>
            </w:r>
            <w:r w:rsidRPr="00971F4A">
              <w:rPr>
                <w:b/>
                <w:spacing w:val="-30"/>
                <w:w w:val="95"/>
                <w:sz w:val="24"/>
                <w:szCs w:val="24"/>
              </w:rPr>
              <w:t xml:space="preserve"> </w:t>
            </w:r>
            <w:r w:rsidRPr="00971F4A">
              <w:rPr>
                <w:b/>
                <w:w w:val="95"/>
                <w:sz w:val="24"/>
                <w:szCs w:val="24"/>
              </w:rPr>
              <w:t>ANS TARIFS</w:t>
            </w:r>
            <w:r w:rsidRPr="00971F4A">
              <w:rPr>
                <w:b/>
                <w:spacing w:val="-31"/>
                <w:w w:val="95"/>
                <w:sz w:val="24"/>
                <w:szCs w:val="24"/>
              </w:rPr>
              <w:t xml:space="preserve"> </w:t>
            </w:r>
            <w:r w:rsidRPr="00971F4A">
              <w:rPr>
                <w:b/>
                <w:w w:val="95"/>
                <w:sz w:val="24"/>
                <w:szCs w:val="24"/>
              </w:rPr>
              <w:t>ET</w:t>
            </w:r>
            <w:r w:rsidRPr="00971F4A">
              <w:rPr>
                <w:b/>
                <w:spacing w:val="-31"/>
                <w:w w:val="95"/>
                <w:sz w:val="24"/>
                <w:szCs w:val="24"/>
              </w:rPr>
              <w:t xml:space="preserve"> </w:t>
            </w:r>
            <w:r w:rsidRPr="00971F4A">
              <w:rPr>
                <w:b/>
                <w:w w:val="95"/>
                <w:sz w:val="24"/>
                <w:szCs w:val="24"/>
              </w:rPr>
              <w:t>HORAIRES</w:t>
            </w:r>
          </w:p>
          <w:p w14:paraId="5AFA8504" w14:textId="77777777" w:rsidR="00971F4A" w:rsidRDefault="00971F4A" w:rsidP="00CC07DB">
            <w:pPr>
              <w:pStyle w:val="TableParagraph"/>
              <w:spacing w:line="300" w:lineRule="exact"/>
              <w:ind w:left="140"/>
              <w:jc w:val="center"/>
              <w:rPr>
                <w:b/>
                <w:sz w:val="28"/>
              </w:rPr>
            </w:pPr>
            <w:r w:rsidRPr="00971F4A">
              <w:rPr>
                <w:b/>
                <w:w w:val="95"/>
                <w:sz w:val="24"/>
                <w:szCs w:val="24"/>
              </w:rPr>
              <w:t>A</w:t>
            </w:r>
            <w:r w:rsidRPr="00971F4A">
              <w:rPr>
                <w:b/>
                <w:spacing w:val="-30"/>
                <w:w w:val="95"/>
                <w:sz w:val="24"/>
                <w:szCs w:val="24"/>
              </w:rPr>
              <w:t xml:space="preserve"> </w:t>
            </w:r>
            <w:r w:rsidRPr="00971F4A">
              <w:rPr>
                <w:b/>
                <w:w w:val="95"/>
                <w:sz w:val="24"/>
                <w:szCs w:val="24"/>
              </w:rPr>
              <w:t>PARTIR</w:t>
            </w:r>
            <w:r w:rsidRPr="00971F4A">
              <w:rPr>
                <w:b/>
                <w:spacing w:val="-31"/>
                <w:w w:val="95"/>
                <w:sz w:val="24"/>
                <w:szCs w:val="24"/>
              </w:rPr>
              <w:t xml:space="preserve"> </w:t>
            </w:r>
            <w:r w:rsidRPr="00971F4A">
              <w:rPr>
                <w:b/>
                <w:w w:val="95"/>
                <w:sz w:val="24"/>
                <w:szCs w:val="24"/>
              </w:rPr>
              <w:t>DU</w:t>
            </w:r>
            <w:r w:rsidRPr="00971F4A">
              <w:rPr>
                <w:b/>
                <w:spacing w:val="-30"/>
                <w:w w:val="95"/>
                <w:sz w:val="24"/>
                <w:szCs w:val="24"/>
              </w:rPr>
              <w:t xml:space="preserve"> </w:t>
            </w:r>
            <w:r w:rsidRPr="00971F4A">
              <w:rPr>
                <w:b/>
                <w:w w:val="95"/>
                <w:sz w:val="24"/>
                <w:szCs w:val="24"/>
              </w:rPr>
              <w:t>NIVEAU</w:t>
            </w:r>
            <w:r w:rsidRPr="00971F4A">
              <w:rPr>
                <w:b/>
                <w:spacing w:val="-31"/>
                <w:w w:val="95"/>
                <w:sz w:val="24"/>
                <w:szCs w:val="24"/>
              </w:rPr>
              <w:t xml:space="preserve"> </w:t>
            </w:r>
            <w:r w:rsidRPr="00971F4A">
              <w:rPr>
                <w:b/>
                <w:w w:val="95"/>
                <w:sz w:val="24"/>
                <w:szCs w:val="24"/>
              </w:rPr>
              <w:t>4ème</w:t>
            </w:r>
            <w:r w:rsidRPr="00971F4A">
              <w:rPr>
                <w:b/>
                <w:spacing w:val="-29"/>
                <w:w w:val="95"/>
                <w:sz w:val="24"/>
                <w:szCs w:val="24"/>
              </w:rPr>
              <w:t xml:space="preserve"> </w:t>
            </w:r>
            <w:r w:rsidRPr="00971F4A">
              <w:rPr>
                <w:b/>
                <w:w w:val="95"/>
                <w:sz w:val="24"/>
                <w:szCs w:val="24"/>
              </w:rPr>
              <w:t>LAME (après consultation de l’entraineur)</w:t>
            </w:r>
          </w:p>
        </w:tc>
      </w:tr>
      <w:tr w:rsidR="00971F4A" w14:paraId="60CF4D12" w14:textId="77777777" w:rsidTr="00971F4A">
        <w:trPr>
          <w:trHeight w:val="1596"/>
        </w:trPr>
        <w:tc>
          <w:tcPr>
            <w:tcW w:w="6802" w:type="dxa"/>
          </w:tcPr>
          <w:p w14:paraId="0CB0DA42" w14:textId="77777777" w:rsidR="00971F4A" w:rsidRDefault="00971F4A" w:rsidP="00CC07DB">
            <w:pPr>
              <w:pStyle w:val="TableParagraph"/>
              <w:spacing w:line="252" w:lineRule="auto"/>
              <w:ind w:left="965" w:right="2391" w:hanging="303"/>
              <w:jc w:val="right"/>
              <w:rPr>
                <w:b/>
                <w:w w:val="95"/>
              </w:rPr>
            </w:pPr>
          </w:p>
          <w:p w14:paraId="77B1C16F" w14:textId="77777777" w:rsidR="00971F4A" w:rsidRDefault="00971F4A" w:rsidP="00CC07DB">
            <w:pPr>
              <w:pStyle w:val="TableParagraph"/>
              <w:spacing w:line="252" w:lineRule="auto"/>
              <w:ind w:left="965" w:right="2391" w:hanging="303"/>
              <w:jc w:val="right"/>
              <w:rPr>
                <w:b/>
              </w:rPr>
            </w:pPr>
            <w:r>
              <w:rPr>
                <w:b/>
                <w:w w:val="95"/>
              </w:rPr>
              <w:t>Cotisation</w:t>
            </w:r>
            <w:r>
              <w:rPr>
                <w:b/>
                <w:spacing w:val="-40"/>
                <w:w w:val="95"/>
              </w:rPr>
              <w:t xml:space="preserve"> </w:t>
            </w:r>
            <w:r>
              <w:rPr>
                <w:b/>
                <w:w w:val="95"/>
              </w:rPr>
              <w:t>1</w:t>
            </w:r>
            <w:r>
              <w:rPr>
                <w:b/>
                <w:spacing w:val="-39"/>
                <w:w w:val="95"/>
              </w:rPr>
              <w:t xml:space="preserve"> </w:t>
            </w:r>
            <w:r>
              <w:rPr>
                <w:b/>
                <w:w w:val="95"/>
              </w:rPr>
              <w:t>cours</w:t>
            </w:r>
            <w:r>
              <w:rPr>
                <w:b/>
                <w:spacing w:val="-40"/>
                <w:w w:val="95"/>
              </w:rPr>
              <w:t xml:space="preserve"> </w:t>
            </w:r>
            <w:r>
              <w:rPr>
                <w:b/>
                <w:w w:val="95"/>
              </w:rPr>
              <w:t>par</w:t>
            </w:r>
            <w:r>
              <w:rPr>
                <w:b/>
                <w:spacing w:val="-40"/>
                <w:w w:val="95"/>
              </w:rPr>
              <w:t xml:space="preserve"> </w:t>
            </w:r>
            <w:r>
              <w:rPr>
                <w:b/>
                <w:w w:val="95"/>
              </w:rPr>
              <w:t>semaine</w:t>
            </w:r>
            <w:r>
              <w:rPr>
                <w:b/>
                <w:spacing w:val="-40"/>
                <w:w w:val="95"/>
              </w:rPr>
              <w:t xml:space="preserve"> </w:t>
            </w:r>
            <w:r>
              <w:rPr>
                <w:b/>
                <w:w w:val="95"/>
              </w:rPr>
              <w:t>:</w:t>
            </w:r>
            <w:r>
              <w:rPr>
                <w:b/>
                <w:spacing w:val="-40"/>
                <w:w w:val="95"/>
              </w:rPr>
              <w:t xml:space="preserve"> </w:t>
            </w:r>
            <w:r>
              <w:rPr>
                <w:rFonts w:ascii="Wingdings" w:hAnsi="Wingdings"/>
                <w:w w:val="95"/>
                <w:sz w:val="24"/>
              </w:rPr>
              <w:t></w:t>
            </w:r>
            <w:r>
              <w:rPr>
                <w:rFonts w:ascii="Times New Roman" w:hAnsi="Times New Roman"/>
                <w:spacing w:val="-29"/>
                <w:w w:val="95"/>
                <w:sz w:val="24"/>
              </w:rPr>
              <w:t xml:space="preserve"> </w:t>
            </w:r>
            <w:r>
              <w:rPr>
                <w:b/>
                <w:w w:val="95"/>
              </w:rPr>
              <w:t>360</w:t>
            </w:r>
            <w:r>
              <w:rPr>
                <w:b/>
                <w:spacing w:val="-40"/>
                <w:w w:val="95"/>
              </w:rPr>
              <w:t xml:space="preserve"> </w:t>
            </w:r>
            <w:r>
              <w:rPr>
                <w:b/>
                <w:w w:val="95"/>
              </w:rPr>
              <w:t>€</w:t>
            </w:r>
            <w:r>
              <w:rPr>
                <w:b/>
                <w:w w:val="86"/>
              </w:rPr>
              <w:t xml:space="preserve"> </w:t>
            </w:r>
            <w:r>
              <w:rPr>
                <w:b/>
                <w:w w:val="95"/>
              </w:rPr>
              <w:t>1</w:t>
            </w:r>
            <w:r>
              <w:rPr>
                <w:b/>
                <w:spacing w:val="-46"/>
                <w:w w:val="95"/>
              </w:rPr>
              <w:t xml:space="preserve"> </w:t>
            </w:r>
            <w:r>
              <w:rPr>
                <w:b/>
                <w:w w:val="95"/>
              </w:rPr>
              <w:t>cours</w:t>
            </w:r>
            <w:r>
              <w:rPr>
                <w:b/>
                <w:spacing w:val="-45"/>
                <w:w w:val="95"/>
              </w:rPr>
              <w:t xml:space="preserve"> </w:t>
            </w:r>
            <w:r>
              <w:rPr>
                <w:b/>
                <w:w w:val="95"/>
              </w:rPr>
              <w:t>supplémentaire</w:t>
            </w:r>
            <w:r>
              <w:rPr>
                <w:b/>
                <w:spacing w:val="-46"/>
                <w:w w:val="95"/>
              </w:rPr>
              <w:t xml:space="preserve"> </w:t>
            </w:r>
            <w:r>
              <w:rPr>
                <w:b/>
                <w:w w:val="95"/>
              </w:rPr>
              <w:t>:</w:t>
            </w:r>
            <w:r>
              <w:rPr>
                <w:b/>
                <w:spacing w:val="-45"/>
                <w:w w:val="95"/>
              </w:rPr>
              <w:t xml:space="preserve"> </w:t>
            </w:r>
            <w:r>
              <w:rPr>
                <w:rFonts w:ascii="Wingdings" w:hAnsi="Wingdings"/>
                <w:w w:val="95"/>
              </w:rPr>
              <w:t></w:t>
            </w:r>
            <w:r>
              <w:rPr>
                <w:rFonts w:ascii="Times New Roman" w:hAnsi="Times New Roman"/>
                <w:spacing w:val="-33"/>
                <w:w w:val="95"/>
              </w:rPr>
              <w:t xml:space="preserve"> </w:t>
            </w:r>
            <w:r>
              <w:rPr>
                <w:b/>
                <w:w w:val="95"/>
              </w:rPr>
              <w:t>165</w:t>
            </w:r>
            <w:r>
              <w:rPr>
                <w:b/>
                <w:spacing w:val="-45"/>
                <w:w w:val="95"/>
              </w:rPr>
              <w:t xml:space="preserve"> </w:t>
            </w:r>
            <w:r>
              <w:rPr>
                <w:b/>
                <w:w w:val="95"/>
              </w:rPr>
              <w:t>€</w:t>
            </w:r>
            <w:r>
              <w:rPr>
                <w:b/>
                <w:w w:val="86"/>
              </w:rPr>
              <w:t xml:space="preserve"> </w:t>
            </w:r>
          </w:p>
          <w:p w14:paraId="7956A6A6" w14:textId="77777777" w:rsidR="00971F4A" w:rsidRDefault="00971F4A" w:rsidP="00CC07DB">
            <w:pPr>
              <w:pStyle w:val="TableParagraph"/>
              <w:spacing w:before="12"/>
              <w:ind w:left="18" w:right="47"/>
              <w:jc w:val="center"/>
              <w:rPr>
                <w:sz w:val="18"/>
              </w:rPr>
            </w:pPr>
          </w:p>
          <w:p w14:paraId="0C441ABB" w14:textId="77777777" w:rsidR="00971F4A" w:rsidRDefault="00971F4A" w:rsidP="00CC07DB">
            <w:pPr>
              <w:pStyle w:val="TableParagraph"/>
              <w:tabs>
                <w:tab w:val="left" w:leader="dot" w:pos="3864"/>
              </w:tabs>
              <w:spacing w:before="121" w:line="246" w:lineRule="exact"/>
              <w:ind w:left="18"/>
              <w:jc w:val="center"/>
              <w:rPr>
                <w:b/>
              </w:rPr>
            </w:pPr>
            <w:r>
              <w:rPr>
                <w:b/>
                <w:w w:val="95"/>
              </w:rPr>
              <w:t>TOTAL</w:t>
            </w:r>
            <w:r>
              <w:rPr>
                <w:b/>
                <w:w w:val="95"/>
              </w:rPr>
              <w:tab/>
            </w:r>
            <w:r>
              <w:rPr>
                <w:b/>
              </w:rPr>
              <w:t>€</w:t>
            </w:r>
          </w:p>
        </w:tc>
        <w:tc>
          <w:tcPr>
            <w:tcW w:w="4530" w:type="dxa"/>
          </w:tcPr>
          <w:p w14:paraId="2BC2251E" w14:textId="77777777" w:rsidR="00971F4A" w:rsidRPr="00971F4A" w:rsidRDefault="00971F4A" w:rsidP="00CC07DB">
            <w:pPr>
              <w:pStyle w:val="TableParagraph"/>
              <w:spacing w:before="41"/>
              <w:ind w:left="216" w:right="203"/>
              <w:jc w:val="center"/>
              <w:rPr>
                <w:b/>
              </w:rPr>
            </w:pPr>
            <w:r w:rsidRPr="00971F4A">
              <w:rPr>
                <w:b/>
                <w:w w:val="95"/>
                <w:u w:val="thick"/>
              </w:rPr>
              <w:t>Horaires, cochez votre/vos choix</w:t>
            </w:r>
            <w:r w:rsidRPr="00971F4A">
              <w:rPr>
                <w:b/>
                <w:w w:val="95"/>
              </w:rPr>
              <w:t xml:space="preserve"> :</w:t>
            </w:r>
          </w:p>
          <w:p w14:paraId="5216B7AE" w14:textId="77777777" w:rsidR="00971F4A" w:rsidRDefault="00971F4A" w:rsidP="00CC07DB">
            <w:pPr>
              <w:pStyle w:val="TableParagraph"/>
              <w:spacing w:before="2"/>
              <w:rPr>
                <w:b/>
              </w:rPr>
            </w:pPr>
          </w:p>
          <w:p w14:paraId="4C916880" w14:textId="77777777" w:rsidR="00971F4A" w:rsidRPr="001E003F" w:rsidRDefault="00971F4A" w:rsidP="00CC07DB">
            <w:pPr>
              <w:pStyle w:val="TableParagraph"/>
              <w:ind w:left="216" w:right="203"/>
              <w:jc w:val="center"/>
              <w:rPr>
                <w:rFonts w:ascii="Wingdings" w:hAnsi="Wingdings"/>
                <w:sz w:val="20"/>
                <w:lang w:val="en-GB"/>
              </w:rPr>
            </w:pPr>
            <w:r w:rsidRPr="001E003F">
              <w:rPr>
                <w:b/>
                <w:sz w:val="20"/>
                <w:lang w:val="en-GB"/>
              </w:rPr>
              <w:t>Lundi</w:t>
            </w:r>
            <w:r w:rsidRPr="001E003F">
              <w:rPr>
                <w:b/>
                <w:spacing w:val="-41"/>
                <w:sz w:val="20"/>
                <w:lang w:val="en-GB"/>
              </w:rPr>
              <w:t xml:space="preserve"> </w:t>
            </w:r>
            <w:r w:rsidRPr="001E003F">
              <w:rPr>
                <w:b/>
                <w:sz w:val="20"/>
                <w:lang w:val="en-GB"/>
              </w:rPr>
              <w:t>19</w:t>
            </w:r>
            <w:r w:rsidRPr="001E003F">
              <w:rPr>
                <w:b/>
                <w:spacing w:val="-39"/>
                <w:sz w:val="20"/>
                <w:lang w:val="en-GB"/>
              </w:rPr>
              <w:t xml:space="preserve"> </w:t>
            </w:r>
            <w:r w:rsidRPr="001E003F">
              <w:rPr>
                <w:b/>
                <w:sz w:val="20"/>
                <w:lang w:val="en-GB"/>
              </w:rPr>
              <w:t>H</w:t>
            </w:r>
            <w:r w:rsidRPr="001E003F">
              <w:rPr>
                <w:b/>
                <w:spacing w:val="-41"/>
                <w:sz w:val="20"/>
                <w:lang w:val="en-GB"/>
              </w:rPr>
              <w:t xml:space="preserve"> </w:t>
            </w:r>
            <w:r w:rsidRPr="001E003F">
              <w:rPr>
                <w:b/>
                <w:sz w:val="20"/>
                <w:lang w:val="en-GB"/>
              </w:rPr>
              <w:t>00</w:t>
            </w:r>
            <w:r w:rsidRPr="001E003F">
              <w:rPr>
                <w:b/>
                <w:spacing w:val="-40"/>
                <w:sz w:val="20"/>
                <w:lang w:val="en-GB"/>
              </w:rPr>
              <w:t xml:space="preserve"> </w:t>
            </w:r>
            <w:r w:rsidRPr="001E003F">
              <w:rPr>
                <w:b/>
                <w:w w:val="105"/>
                <w:sz w:val="20"/>
                <w:lang w:val="en-GB"/>
              </w:rPr>
              <w:t>–</w:t>
            </w:r>
            <w:r w:rsidRPr="001E003F">
              <w:rPr>
                <w:b/>
                <w:spacing w:val="-43"/>
                <w:w w:val="105"/>
                <w:sz w:val="20"/>
                <w:lang w:val="en-GB"/>
              </w:rPr>
              <w:t xml:space="preserve"> </w:t>
            </w:r>
            <w:r w:rsidRPr="001E003F">
              <w:rPr>
                <w:b/>
                <w:sz w:val="20"/>
                <w:lang w:val="en-GB"/>
              </w:rPr>
              <w:t>20</w:t>
            </w:r>
            <w:r w:rsidRPr="001E003F">
              <w:rPr>
                <w:b/>
                <w:spacing w:val="-40"/>
                <w:sz w:val="20"/>
                <w:lang w:val="en-GB"/>
              </w:rPr>
              <w:t xml:space="preserve"> </w:t>
            </w:r>
            <w:r w:rsidRPr="001E003F">
              <w:rPr>
                <w:b/>
                <w:sz w:val="20"/>
                <w:lang w:val="en-GB"/>
              </w:rPr>
              <w:t>H</w:t>
            </w:r>
            <w:r w:rsidRPr="001E003F">
              <w:rPr>
                <w:b/>
                <w:spacing w:val="-40"/>
                <w:sz w:val="20"/>
                <w:lang w:val="en-GB"/>
              </w:rPr>
              <w:t xml:space="preserve"> </w:t>
            </w:r>
            <w:r w:rsidRPr="001E003F">
              <w:rPr>
                <w:b/>
                <w:sz w:val="20"/>
                <w:lang w:val="en-GB"/>
              </w:rPr>
              <w:t>15</w:t>
            </w:r>
            <w:r w:rsidRPr="001E003F">
              <w:rPr>
                <w:b/>
                <w:spacing w:val="-40"/>
                <w:sz w:val="20"/>
                <w:lang w:val="en-GB"/>
              </w:rPr>
              <w:t xml:space="preserve"> </w:t>
            </w:r>
            <w:r>
              <w:rPr>
                <w:rFonts w:ascii="Wingdings" w:hAnsi="Wingdings"/>
                <w:sz w:val="20"/>
              </w:rPr>
              <w:t></w:t>
            </w:r>
          </w:p>
          <w:p w14:paraId="0162CB9F" w14:textId="77777777" w:rsidR="00971F4A" w:rsidRPr="001E003F" w:rsidRDefault="00971F4A" w:rsidP="00CC07DB">
            <w:pPr>
              <w:pStyle w:val="TableParagraph"/>
              <w:spacing w:before="17"/>
              <w:ind w:left="214" w:right="204"/>
              <w:jc w:val="center"/>
              <w:rPr>
                <w:rFonts w:ascii="Wingdings" w:hAnsi="Wingdings"/>
                <w:sz w:val="20"/>
                <w:lang w:val="en-GB"/>
              </w:rPr>
            </w:pPr>
            <w:r w:rsidRPr="001E003F">
              <w:rPr>
                <w:b/>
                <w:sz w:val="20"/>
                <w:lang w:val="en-GB"/>
              </w:rPr>
              <w:t>Mardi</w:t>
            </w:r>
            <w:r w:rsidRPr="001E003F">
              <w:rPr>
                <w:b/>
                <w:spacing w:val="-34"/>
                <w:sz w:val="20"/>
                <w:lang w:val="en-GB"/>
              </w:rPr>
              <w:t xml:space="preserve"> </w:t>
            </w:r>
            <w:r w:rsidRPr="001E003F">
              <w:rPr>
                <w:b/>
                <w:sz w:val="20"/>
                <w:lang w:val="en-GB"/>
              </w:rPr>
              <w:t>19</w:t>
            </w:r>
            <w:r w:rsidRPr="001E003F">
              <w:rPr>
                <w:b/>
                <w:spacing w:val="-33"/>
                <w:sz w:val="20"/>
                <w:lang w:val="en-GB"/>
              </w:rPr>
              <w:t xml:space="preserve"> </w:t>
            </w:r>
            <w:r w:rsidRPr="001E003F">
              <w:rPr>
                <w:b/>
                <w:sz w:val="20"/>
                <w:lang w:val="en-GB"/>
              </w:rPr>
              <w:t>H</w:t>
            </w:r>
            <w:r w:rsidRPr="001E003F">
              <w:rPr>
                <w:b/>
                <w:spacing w:val="-34"/>
                <w:sz w:val="20"/>
                <w:lang w:val="en-GB"/>
              </w:rPr>
              <w:t xml:space="preserve"> </w:t>
            </w:r>
            <w:r w:rsidRPr="001E003F">
              <w:rPr>
                <w:b/>
                <w:sz w:val="20"/>
                <w:lang w:val="en-GB"/>
              </w:rPr>
              <w:t>00</w:t>
            </w:r>
            <w:r w:rsidRPr="001E003F">
              <w:rPr>
                <w:b/>
                <w:spacing w:val="-35"/>
                <w:sz w:val="20"/>
                <w:lang w:val="en-GB"/>
              </w:rPr>
              <w:t xml:space="preserve"> </w:t>
            </w:r>
            <w:r w:rsidRPr="001E003F">
              <w:rPr>
                <w:b/>
                <w:w w:val="105"/>
                <w:sz w:val="20"/>
                <w:lang w:val="en-GB"/>
              </w:rPr>
              <w:t>–</w:t>
            </w:r>
            <w:r w:rsidRPr="001E003F">
              <w:rPr>
                <w:b/>
                <w:spacing w:val="-36"/>
                <w:w w:val="105"/>
                <w:sz w:val="20"/>
                <w:lang w:val="en-GB"/>
              </w:rPr>
              <w:t xml:space="preserve"> </w:t>
            </w:r>
            <w:r w:rsidRPr="001E003F">
              <w:rPr>
                <w:b/>
                <w:sz w:val="20"/>
                <w:lang w:val="en-GB"/>
              </w:rPr>
              <w:t>20</w:t>
            </w:r>
            <w:r w:rsidRPr="001E003F">
              <w:rPr>
                <w:b/>
                <w:spacing w:val="-34"/>
                <w:sz w:val="20"/>
                <w:lang w:val="en-GB"/>
              </w:rPr>
              <w:t xml:space="preserve"> </w:t>
            </w:r>
            <w:r w:rsidRPr="001E003F">
              <w:rPr>
                <w:b/>
                <w:sz w:val="20"/>
                <w:lang w:val="en-GB"/>
              </w:rPr>
              <w:t>H</w:t>
            </w:r>
            <w:r w:rsidRPr="001E003F">
              <w:rPr>
                <w:b/>
                <w:spacing w:val="-34"/>
                <w:sz w:val="20"/>
                <w:lang w:val="en-GB"/>
              </w:rPr>
              <w:t xml:space="preserve"> </w:t>
            </w:r>
            <w:r w:rsidRPr="001E003F">
              <w:rPr>
                <w:b/>
                <w:sz w:val="20"/>
                <w:lang w:val="en-GB"/>
              </w:rPr>
              <w:t>15</w:t>
            </w:r>
            <w:r w:rsidRPr="001E003F">
              <w:rPr>
                <w:b/>
                <w:spacing w:val="-34"/>
                <w:sz w:val="20"/>
                <w:lang w:val="en-GB"/>
              </w:rPr>
              <w:t xml:space="preserve"> </w:t>
            </w:r>
            <w:r>
              <w:rPr>
                <w:rFonts w:ascii="Wingdings" w:hAnsi="Wingdings"/>
                <w:sz w:val="20"/>
              </w:rPr>
              <w:t></w:t>
            </w:r>
          </w:p>
          <w:p w14:paraId="462A536D" w14:textId="77777777" w:rsidR="00971F4A" w:rsidRDefault="00971F4A" w:rsidP="00CC07DB">
            <w:pPr>
              <w:pStyle w:val="TableParagraph"/>
              <w:spacing w:before="12"/>
              <w:ind w:left="216" w:right="202"/>
              <w:jc w:val="center"/>
              <w:rPr>
                <w:rFonts w:ascii="Wingdings" w:hAnsi="Wingdings"/>
                <w:sz w:val="20"/>
              </w:rPr>
            </w:pPr>
            <w:r>
              <w:rPr>
                <w:b/>
                <w:sz w:val="20"/>
              </w:rPr>
              <w:t xml:space="preserve">Vendredi 17h45 </w:t>
            </w:r>
            <w:r>
              <w:rPr>
                <w:b/>
                <w:w w:val="105"/>
                <w:sz w:val="20"/>
              </w:rPr>
              <w:t xml:space="preserve">– </w:t>
            </w:r>
            <w:r>
              <w:rPr>
                <w:b/>
                <w:sz w:val="20"/>
              </w:rPr>
              <w:t xml:space="preserve">19h </w:t>
            </w:r>
            <w:r>
              <w:rPr>
                <w:rFonts w:ascii="Wingdings" w:hAnsi="Wingdings"/>
                <w:sz w:val="20"/>
              </w:rPr>
              <w:t></w:t>
            </w:r>
          </w:p>
        </w:tc>
      </w:tr>
    </w:tbl>
    <w:p w14:paraId="674D0BEF" w14:textId="77777777" w:rsidR="00856BD3" w:rsidRDefault="00856BD3" w:rsidP="008234B8">
      <w:pPr>
        <w:pStyle w:val="TableParagraph"/>
        <w:spacing w:line="252" w:lineRule="auto"/>
        <w:ind w:left="-1191" w:right="-510"/>
        <w:jc w:val="center"/>
        <w:rPr>
          <w:rFonts w:asciiTheme="minorHAnsi" w:hAnsiTheme="minorHAnsi" w:cs="Arial"/>
          <w:b/>
          <w:bCs/>
          <w:sz w:val="16"/>
          <w:szCs w:val="16"/>
          <w:lang w:val="en-GB"/>
        </w:rPr>
      </w:pPr>
    </w:p>
    <w:tbl>
      <w:tblPr>
        <w:tblStyle w:val="TableNormal"/>
        <w:tblW w:w="11359"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6"/>
        <w:gridCol w:w="5083"/>
      </w:tblGrid>
      <w:tr w:rsidR="00971F4A" w:rsidRPr="00F5664C" w14:paraId="0A02754E" w14:textId="77777777" w:rsidTr="00971F4A">
        <w:trPr>
          <w:trHeight w:val="342"/>
        </w:trPr>
        <w:tc>
          <w:tcPr>
            <w:tcW w:w="11359" w:type="dxa"/>
            <w:gridSpan w:val="2"/>
            <w:shd w:val="clear" w:color="auto" w:fill="F4AF84"/>
          </w:tcPr>
          <w:p w14:paraId="5C3F7899" w14:textId="77777777" w:rsidR="00971F4A" w:rsidRPr="00971F4A" w:rsidRDefault="00971F4A" w:rsidP="00CC07DB">
            <w:pPr>
              <w:pStyle w:val="TableParagraph"/>
              <w:spacing w:line="322" w:lineRule="exact"/>
              <w:ind w:right="2354"/>
              <w:jc w:val="center"/>
              <w:rPr>
                <w:b/>
                <w:sz w:val="24"/>
                <w:szCs w:val="24"/>
              </w:rPr>
            </w:pPr>
            <w:r w:rsidRPr="00971F4A">
              <w:rPr>
                <w:b/>
                <w:sz w:val="24"/>
                <w:szCs w:val="24"/>
              </w:rPr>
              <w:t xml:space="preserve">                   GROUPE ADULTES ARTISTIQUE ‐ TARIFS ET HORAIRES</w:t>
            </w:r>
          </w:p>
        </w:tc>
      </w:tr>
      <w:tr w:rsidR="00971F4A" w14:paraId="1DC84150" w14:textId="77777777" w:rsidTr="00971F4A">
        <w:trPr>
          <w:trHeight w:val="2243"/>
        </w:trPr>
        <w:tc>
          <w:tcPr>
            <w:tcW w:w="6276" w:type="dxa"/>
          </w:tcPr>
          <w:p w14:paraId="1B5ADE25" w14:textId="77777777" w:rsidR="00971F4A" w:rsidRDefault="00971F4A" w:rsidP="00CC07DB">
            <w:pPr>
              <w:pStyle w:val="TableParagraph"/>
              <w:ind w:left="1401"/>
              <w:rPr>
                <w:b/>
              </w:rPr>
            </w:pPr>
            <w:r>
              <w:rPr>
                <w:b/>
              </w:rPr>
              <w:t xml:space="preserve">Cotisation 1 cours par semaine : </w:t>
            </w:r>
            <w:r>
              <w:rPr>
                <w:rFonts w:ascii="Wingdings" w:hAnsi="Wingdings"/>
                <w:sz w:val="24"/>
              </w:rPr>
              <w:t></w:t>
            </w:r>
            <w:r>
              <w:rPr>
                <w:rFonts w:ascii="Times New Roman" w:hAnsi="Times New Roman"/>
                <w:sz w:val="24"/>
              </w:rPr>
              <w:t xml:space="preserve"> </w:t>
            </w:r>
            <w:r>
              <w:rPr>
                <w:b/>
              </w:rPr>
              <w:t>360 €</w:t>
            </w:r>
          </w:p>
          <w:p w14:paraId="0808FCC0" w14:textId="77777777" w:rsidR="00971F4A" w:rsidRDefault="00971F4A" w:rsidP="00CC07DB">
            <w:pPr>
              <w:pStyle w:val="TableParagraph"/>
              <w:spacing w:before="14" w:line="252" w:lineRule="auto"/>
              <w:ind w:left="1702" w:right="1126" w:firstLine="380"/>
              <w:jc w:val="right"/>
              <w:rPr>
                <w:b/>
                <w:w w:val="86"/>
              </w:rPr>
            </w:pPr>
            <w:r>
              <w:rPr>
                <w:b/>
                <w:w w:val="95"/>
              </w:rPr>
              <w:t>1</w:t>
            </w:r>
            <w:r>
              <w:rPr>
                <w:b/>
                <w:spacing w:val="-46"/>
                <w:w w:val="95"/>
              </w:rPr>
              <w:t xml:space="preserve"> </w:t>
            </w:r>
            <w:r>
              <w:rPr>
                <w:b/>
                <w:w w:val="95"/>
              </w:rPr>
              <w:t>cours</w:t>
            </w:r>
            <w:r>
              <w:rPr>
                <w:b/>
                <w:spacing w:val="-45"/>
                <w:w w:val="95"/>
              </w:rPr>
              <w:t xml:space="preserve"> </w:t>
            </w:r>
            <w:r>
              <w:rPr>
                <w:b/>
                <w:w w:val="95"/>
              </w:rPr>
              <w:t>supplémentaire</w:t>
            </w:r>
            <w:r>
              <w:rPr>
                <w:b/>
                <w:spacing w:val="-46"/>
                <w:w w:val="95"/>
              </w:rPr>
              <w:t xml:space="preserve"> </w:t>
            </w:r>
            <w:r>
              <w:rPr>
                <w:b/>
                <w:w w:val="95"/>
              </w:rPr>
              <w:t>:</w:t>
            </w:r>
            <w:r>
              <w:rPr>
                <w:b/>
                <w:spacing w:val="-45"/>
                <w:w w:val="95"/>
              </w:rPr>
              <w:t xml:space="preserve"> </w:t>
            </w:r>
            <w:r>
              <w:rPr>
                <w:rFonts w:ascii="Wingdings" w:hAnsi="Wingdings"/>
                <w:w w:val="95"/>
              </w:rPr>
              <w:t></w:t>
            </w:r>
            <w:r>
              <w:rPr>
                <w:rFonts w:ascii="Times New Roman" w:hAnsi="Times New Roman"/>
                <w:spacing w:val="-33"/>
                <w:w w:val="95"/>
              </w:rPr>
              <w:t xml:space="preserve"> </w:t>
            </w:r>
            <w:r>
              <w:rPr>
                <w:b/>
                <w:w w:val="95"/>
              </w:rPr>
              <w:t>165</w:t>
            </w:r>
            <w:r>
              <w:rPr>
                <w:b/>
                <w:spacing w:val="-45"/>
                <w:w w:val="95"/>
              </w:rPr>
              <w:t xml:space="preserve"> </w:t>
            </w:r>
            <w:r>
              <w:rPr>
                <w:b/>
                <w:w w:val="95"/>
              </w:rPr>
              <w:t>€</w:t>
            </w:r>
            <w:r>
              <w:rPr>
                <w:b/>
                <w:w w:val="86"/>
              </w:rPr>
              <w:t xml:space="preserve"> </w:t>
            </w:r>
          </w:p>
          <w:p w14:paraId="5BD4F3EA" w14:textId="77777777" w:rsidR="00971F4A" w:rsidRDefault="00971F4A" w:rsidP="00CC07DB">
            <w:pPr>
              <w:pStyle w:val="TableParagraph"/>
              <w:spacing w:before="14" w:line="252" w:lineRule="auto"/>
              <w:ind w:left="1702" w:right="1126" w:firstLine="380"/>
              <w:jc w:val="right"/>
              <w:rPr>
                <w:b/>
              </w:rPr>
            </w:pPr>
          </w:p>
          <w:p w14:paraId="139E519F" w14:textId="77777777" w:rsidR="00971F4A" w:rsidRDefault="00971F4A" w:rsidP="00CC07DB">
            <w:pPr>
              <w:pStyle w:val="TableParagraph"/>
              <w:spacing w:before="19" w:line="252" w:lineRule="auto"/>
              <w:ind w:left="4" w:right="1343"/>
              <w:rPr>
                <w:sz w:val="18"/>
              </w:rPr>
            </w:pPr>
            <w:r>
              <w:rPr>
                <w:w w:val="95"/>
                <w:sz w:val="18"/>
              </w:rPr>
              <w:t>Aucune</w:t>
            </w:r>
            <w:r>
              <w:rPr>
                <w:spacing w:val="-30"/>
                <w:w w:val="95"/>
                <w:sz w:val="18"/>
              </w:rPr>
              <w:t xml:space="preserve"> </w:t>
            </w:r>
            <w:r>
              <w:rPr>
                <w:w w:val="95"/>
                <w:sz w:val="18"/>
              </w:rPr>
              <w:t>cotisation</w:t>
            </w:r>
            <w:r>
              <w:rPr>
                <w:spacing w:val="-30"/>
                <w:w w:val="95"/>
                <w:sz w:val="18"/>
              </w:rPr>
              <w:t xml:space="preserve"> </w:t>
            </w:r>
            <w:r>
              <w:rPr>
                <w:w w:val="95"/>
                <w:sz w:val="18"/>
              </w:rPr>
              <w:t>ne</w:t>
            </w:r>
            <w:r>
              <w:rPr>
                <w:spacing w:val="-29"/>
                <w:w w:val="95"/>
                <w:sz w:val="18"/>
              </w:rPr>
              <w:t xml:space="preserve"> </w:t>
            </w:r>
            <w:r>
              <w:rPr>
                <w:w w:val="95"/>
                <w:sz w:val="18"/>
              </w:rPr>
              <w:t>sera</w:t>
            </w:r>
            <w:r>
              <w:rPr>
                <w:spacing w:val="-29"/>
                <w:w w:val="95"/>
                <w:sz w:val="18"/>
              </w:rPr>
              <w:t xml:space="preserve"> </w:t>
            </w:r>
            <w:r>
              <w:rPr>
                <w:w w:val="95"/>
                <w:sz w:val="18"/>
              </w:rPr>
              <w:t>remboursée</w:t>
            </w:r>
            <w:r>
              <w:rPr>
                <w:spacing w:val="-30"/>
                <w:w w:val="95"/>
                <w:sz w:val="18"/>
              </w:rPr>
              <w:t xml:space="preserve"> </w:t>
            </w:r>
            <w:r>
              <w:rPr>
                <w:w w:val="95"/>
                <w:sz w:val="18"/>
              </w:rPr>
              <w:t>en</w:t>
            </w:r>
            <w:r>
              <w:rPr>
                <w:spacing w:val="-30"/>
                <w:w w:val="95"/>
                <w:sz w:val="18"/>
              </w:rPr>
              <w:t xml:space="preserve"> </w:t>
            </w:r>
            <w:r>
              <w:rPr>
                <w:w w:val="95"/>
                <w:sz w:val="18"/>
              </w:rPr>
              <w:t>cas</w:t>
            </w:r>
            <w:r>
              <w:rPr>
                <w:spacing w:val="-29"/>
                <w:w w:val="95"/>
                <w:sz w:val="18"/>
              </w:rPr>
              <w:t xml:space="preserve"> </w:t>
            </w:r>
            <w:r>
              <w:rPr>
                <w:w w:val="95"/>
                <w:sz w:val="18"/>
              </w:rPr>
              <w:t>de</w:t>
            </w:r>
            <w:r>
              <w:rPr>
                <w:spacing w:val="-31"/>
                <w:w w:val="95"/>
                <w:sz w:val="18"/>
              </w:rPr>
              <w:t xml:space="preserve"> </w:t>
            </w:r>
            <w:r>
              <w:rPr>
                <w:w w:val="95"/>
                <w:sz w:val="18"/>
              </w:rPr>
              <w:t xml:space="preserve">maladie/accident </w:t>
            </w:r>
            <w:r>
              <w:rPr>
                <w:sz w:val="18"/>
              </w:rPr>
              <w:t>cf Règlement</w:t>
            </w:r>
            <w:r>
              <w:rPr>
                <w:spacing w:val="-34"/>
                <w:sz w:val="18"/>
              </w:rPr>
              <w:t xml:space="preserve"> </w:t>
            </w:r>
            <w:r>
              <w:rPr>
                <w:sz w:val="18"/>
              </w:rPr>
              <w:t>intérieur</w:t>
            </w:r>
          </w:p>
          <w:p w14:paraId="3BADECAC" w14:textId="77777777" w:rsidR="00971F4A" w:rsidRDefault="00971F4A" w:rsidP="00CC07DB">
            <w:pPr>
              <w:pStyle w:val="TableParagraph"/>
              <w:rPr>
                <w:b/>
                <w:sz w:val="18"/>
              </w:rPr>
            </w:pPr>
          </w:p>
          <w:p w14:paraId="1A5D46E6" w14:textId="77777777" w:rsidR="00971F4A" w:rsidRDefault="00971F4A" w:rsidP="00CC07DB">
            <w:pPr>
              <w:pStyle w:val="TableParagraph"/>
              <w:tabs>
                <w:tab w:val="left" w:leader="dot" w:pos="5009"/>
              </w:tabs>
              <w:ind w:left="1163"/>
              <w:rPr>
                <w:b/>
              </w:rPr>
            </w:pPr>
            <w:r>
              <w:rPr>
                <w:b/>
                <w:w w:val="95"/>
              </w:rPr>
              <w:t>TOTAL</w:t>
            </w:r>
            <w:r>
              <w:rPr>
                <w:b/>
                <w:w w:val="95"/>
              </w:rPr>
              <w:tab/>
            </w:r>
            <w:r>
              <w:rPr>
                <w:b/>
              </w:rPr>
              <w:t>€</w:t>
            </w:r>
          </w:p>
        </w:tc>
        <w:tc>
          <w:tcPr>
            <w:tcW w:w="5083" w:type="dxa"/>
          </w:tcPr>
          <w:p w14:paraId="077592D1" w14:textId="77777777" w:rsidR="00971F4A" w:rsidRPr="00971F4A" w:rsidRDefault="00971F4A" w:rsidP="00CC07DB">
            <w:pPr>
              <w:pStyle w:val="TableParagraph"/>
              <w:spacing w:before="53"/>
              <w:ind w:left="796"/>
              <w:rPr>
                <w:b/>
              </w:rPr>
            </w:pPr>
            <w:r w:rsidRPr="00971F4A">
              <w:rPr>
                <w:b/>
                <w:w w:val="90"/>
                <w:u w:val="thick"/>
              </w:rPr>
              <w:t>Horaires,</w:t>
            </w:r>
            <w:r w:rsidRPr="00971F4A">
              <w:rPr>
                <w:b/>
                <w:spacing w:val="-34"/>
                <w:w w:val="90"/>
                <w:u w:val="thick"/>
              </w:rPr>
              <w:t xml:space="preserve"> </w:t>
            </w:r>
            <w:r w:rsidRPr="00971F4A">
              <w:rPr>
                <w:b/>
                <w:w w:val="90"/>
                <w:u w:val="thick"/>
              </w:rPr>
              <w:t>cochez</w:t>
            </w:r>
            <w:r w:rsidRPr="00971F4A">
              <w:rPr>
                <w:b/>
                <w:spacing w:val="-32"/>
                <w:w w:val="90"/>
                <w:u w:val="thick"/>
              </w:rPr>
              <w:t xml:space="preserve"> </w:t>
            </w:r>
            <w:r w:rsidRPr="00971F4A">
              <w:rPr>
                <w:b/>
                <w:w w:val="90"/>
                <w:u w:val="thick"/>
              </w:rPr>
              <w:t>votre/vos</w:t>
            </w:r>
            <w:r w:rsidRPr="00971F4A">
              <w:rPr>
                <w:b/>
                <w:spacing w:val="-33"/>
                <w:w w:val="90"/>
                <w:u w:val="thick"/>
              </w:rPr>
              <w:t xml:space="preserve"> </w:t>
            </w:r>
            <w:r w:rsidRPr="00971F4A">
              <w:rPr>
                <w:b/>
                <w:w w:val="90"/>
                <w:u w:val="thick"/>
              </w:rPr>
              <w:t>choix</w:t>
            </w:r>
            <w:r w:rsidRPr="00971F4A">
              <w:rPr>
                <w:b/>
                <w:spacing w:val="-32"/>
                <w:w w:val="90"/>
              </w:rPr>
              <w:t xml:space="preserve"> </w:t>
            </w:r>
            <w:r w:rsidRPr="00971F4A">
              <w:rPr>
                <w:b/>
                <w:w w:val="90"/>
              </w:rPr>
              <w:t>:</w:t>
            </w:r>
          </w:p>
          <w:p w14:paraId="448E0450" w14:textId="77777777" w:rsidR="00971F4A" w:rsidRPr="00971F4A" w:rsidRDefault="00971F4A" w:rsidP="00CC07DB">
            <w:pPr>
              <w:pStyle w:val="TableParagraph"/>
              <w:spacing w:before="2"/>
              <w:rPr>
                <w:b/>
              </w:rPr>
            </w:pPr>
          </w:p>
          <w:p w14:paraId="1748473C" w14:textId="77777777" w:rsidR="00971F4A" w:rsidRDefault="00971F4A" w:rsidP="00CC07DB">
            <w:pPr>
              <w:pStyle w:val="TableParagraph"/>
              <w:tabs>
                <w:tab w:val="left" w:pos="2981"/>
              </w:tabs>
              <w:spacing w:line="221" w:lineRule="exact"/>
              <w:ind w:left="288"/>
              <w:rPr>
                <w:b/>
              </w:rPr>
            </w:pPr>
            <w:r>
              <w:rPr>
                <w:b/>
                <w:w w:val="95"/>
                <w:u w:val="single"/>
              </w:rPr>
              <w:t>Débutants</w:t>
            </w:r>
            <w:r>
              <w:rPr>
                <w:b/>
                <w:spacing w:val="-31"/>
                <w:w w:val="95"/>
                <w:u w:val="single"/>
              </w:rPr>
              <w:t xml:space="preserve"> </w:t>
            </w:r>
            <w:r>
              <w:rPr>
                <w:b/>
                <w:w w:val="95"/>
                <w:u w:val="single"/>
              </w:rPr>
              <w:t>:</w:t>
            </w:r>
            <w:r>
              <w:rPr>
                <w:b/>
                <w:w w:val="95"/>
              </w:rPr>
              <w:tab/>
            </w:r>
            <w:r w:rsidRPr="00D26F79">
              <w:rPr>
                <w:b/>
                <w:w w:val="95"/>
                <w:u w:val="single"/>
              </w:rPr>
              <w:t>Intermédiaires :</w:t>
            </w:r>
          </w:p>
          <w:p w14:paraId="4AE177ED" w14:textId="77777777" w:rsidR="00971F4A" w:rsidRDefault="00971F4A" w:rsidP="00CC07DB">
            <w:pPr>
              <w:pStyle w:val="TableParagraph"/>
              <w:tabs>
                <w:tab w:val="left" w:pos="2697"/>
              </w:tabs>
              <w:spacing w:line="250" w:lineRule="exact"/>
              <w:ind w:left="4"/>
              <w:rPr>
                <w:rFonts w:ascii="Wingdings" w:hAnsi="Wingdings"/>
                <w:sz w:val="18"/>
              </w:rPr>
            </w:pPr>
            <w:r>
              <w:rPr>
                <w:b/>
                <w:sz w:val="28"/>
              </w:rPr>
              <w:tab/>
            </w:r>
          </w:p>
          <w:p w14:paraId="46C2A29A" w14:textId="77777777" w:rsidR="00971F4A" w:rsidRPr="00F5664C" w:rsidRDefault="00971F4A" w:rsidP="00CC07DB">
            <w:pPr>
              <w:pStyle w:val="TableParagraph"/>
              <w:tabs>
                <w:tab w:val="left" w:pos="2697"/>
              </w:tabs>
              <w:spacing w:line="204" w:lineRule="exact"/>
              <w:ind w:left="46"/>
              <w:rPr>
                <w:rFonts w:ascii="Wingdings" w:hAnsi="Wingdings"/>
                <w:sz w:val="16"/>
              </w:rPr>
            </w:pPr>
            <w:r w:rsidRPr="00F5664C">
              <w:rPr>
                <w:b/>
                <w:sz w:val="18"/>
              </w:rPr>
              <w:t>Samedi</w:t>
            </w:r>
            <w:r w:rsidRPr="00F5664C">
              <w:rPr>
                <w:b/>
                <w:spacing w:val="-30"/>
                <w:sz w:val="18"/>
              </w:rPr>
              <w:t xml:space="preserve"> </w:t>
            </w:r>
            <w:r w:rsidRPr="00F5664C">
              <w:rPr>
                <w:b/>
                <w:sz w:val="18"/>
              </w:rPr>
              <w:t>12</w:t>
            </w:r>
            <w:r w:rsidRPr="00F5664C">
              <w:rPr>
                <w:b/>
                <w:spacing w:val="-30"/>
                <w:sz w:val="18"/>
              </w:rPr>
              <w:t xml:space="preserve"> </w:t>
            </w:r>
            <w:r w:rsidRPr="00F5664C">
              <w:rPr>
                <w:b/>
                <w:sz w:val="18"/>
              </w:rPr>
              <w:t>H</w:t>
            </w:r>
            <w:r w:rsidRPr="00F5664C">
              <w:rPr>
                <w:b/>
                <w:spacing w:val="-29"/>
                <w:sz w:val="18"/>
              </w:rPr>
              <w:t xml:space="preserve"> </w:t>
            </w:r>
            <w:r w:rsidRPr="00F5664C">
              <w:rPr>
                <w:b/>
                <w:sz w:val="18"/>
              </w:rPr>
              <w:t>15</w:t>
            </w:r>
            <w:r w:rsidRPr="00F5664C">
              <w:rPr>
                <w:b/>
                <w:spacing w:val="-31"/>
                <w:sz w:val="18"/>
              </w:rPr>
              <w:t xml:space="preserve"> </w:t>
            </w:r>
            <w:r w:rsidRPr="00F5664C">
              <w:rPr>
                <w:b/>
                <w:w w:val="105"/>
                <w:sz w:val="18"/>
              </w:rPr>
              <w:t>–</w:t>
            </w:r>
            <w:r w:rsidRPr="00F5664C">
              <w:rPr>
                <w:b/>
                <w:spacing w:val="-32"/>
                <w:w w:val="105"/>
                <w:sz w:val="18"/>
              </w:rPr>
              <w:t xml:space="preserve"> </w:t>
            </w:r>
            <w:r w:rsidRPr="00F5664C">
              <w:rPr>
                <w:b/>
                <w:sz w:val="18"/>
              </w:rPr>
              <w:t>13</w:t>
            </w:r>
            <w:r w:rsidRPr="00F5664C">
              <w:rPr>
                <w:b/>
                <w:spacing w:val="-30"/>
                <w:sz w:val="18"/>
              </w:rPr>
              <w:t xml:space="preserve"> </w:t>
            </w:r>
            <w:r w:rsidRPr="00F5664C">
              <w:rPr>
                <w:b/>
                <w:sz w:val="18"/>
              </w:rPr>
              <w:t>H</w:t>
            </w:r>
            <w:r w:rsidRPr="00F5664C">
              <w:rPr>
                <w:b/>
                <w:spacing w:val="-29"/>
                <w:sz w:val="18"/>
              </w:rPr>
              <w:t xml:space="preserve"> </w:t>
            </w:r>
            <w:r w:rsidRPr="00F5664C">
              <w:rPr>
                <w:b/>
                <w:sz w:val="18"/>
              </w:rPr>
              <w:t>30</w:t>
            </w:r>
            <w:r w:rsidRPr="00F5664C">
              <w:rPr>
                <w:b/>
                <w:spacing w:val="-30"/>
                <w:sz w:val="18"/>
              </w:rPr>
              <w:t xml:space="preserve"> </w:t>
            </w:r>
            <w:r>
              <w:rPr>
                <w:rFonts w:ascii="Wingdings" w:hAnsi="Wingdings"/>
                <w:sz w:val="16"/>
              </w:rPr>
              <w:t></w:t>
            </w:r>
            <w:r w:rsidRPr="00F5664C">
              <w:rPr>
                <w:rFonts w:ascii="Times New Roman" w:hAnsi="Times New Roman"/>
                <w:sz w:val="16"/>
              </w:rPr>
              <w:tab/>
            </w:r>
            <w:r w:rsidRPr="00F5664C">
              <w:rPr>
                <w:b/>
                <w:sz w:val="18"/>
              </w:rPr>
              <w:t>Samedi</w:t>
            </w:r>
            <w:r w:rsidRPr="00F5664C">
              <w:rPr>
                <w:b/>
                <w:spacing w:val="-35"/>
                <w:sz w:val="18"/>
              </w:rPr>
              <w:t xml:space="preserve"> </w:t>
            </w:r>
            <w:r w:rsidRPr="00F5664C">
              <w:rPr>
                <w:b/>
                <w:sz w:val="18"/>
              </w:rPr>
              <w:t>11</w:t>
            </w:r>
            <w:r w:rsidRPr="00F5664C">
              <w:rPr>
                <w:b/>
                <w:spacing w:val="-35"/>
                <w:sz w:val="18"/>
              </w:rPr>
              <w:t xml:space="preserve"> </w:t>
            </w:r>
            <w:r w:rsidRPr="00F5664C">
              <w:rPr>
                <w:b/>
                <w:sz w:val="18"/>
              </w:rPr>
              <w:t>H</w:t>
            </w:r>
            <w:r w:rsidRPr="00F5664C">
              <w:rPr>
                <w:b/>
                <w:spacing w:val="-34"/>
                <w:sz w:val="18"/>
              </w:rPr>
              <w:t xml:space="preserve"> </w:t>
            </w:r>
            <w:r w:rsidRPr="00F5664C">
              <w:rPr>
                <w:b/>
                <w:sz w:val="18"/>
              </w:rPr>
              <w:t>00</w:t>
            </w:r>
            <w:r w:rsidRPr="00F5664C">
              <w:rPr>
                <w:b/>
                <w:spacing w:val="-35"/>
                <w:sz w:val="18"/>
              </w:rPr>
              <w:t xml:space="preserve"> </w:t>
            </w:r>
            <w:r w:rsidRPr="00F5664C">
              <w:rPr>
                <w:b/>
                <w:w w:val="105"/>
                <w:sz w:val="18"/>
              </w:rPr>
              <w:t>–</w:t>
            </w:r>
            <w:r w:rsidRPr="00F5664C">
              <w:rPr>
                <w:b/>
                <w:spacing w:val="-38"/>
                <w:w w:val="105"/>
                <w:sz w:val="18"/>
              </w:rPr>
              <w:t xml:space="preserve"> </w:t>
            </w:r>
            <w:r w:rsidRPr="00F5664C">
              <w:rPr>
                <w:b/>
                <w:sz w:val="18"/>
              </w:rPr>
              <w:t>12</w:t>
            </w:r>
            <w:r w:rsidRPr="00F5664C">
              <w:rPr>
                <w:b/>
                <w:spacing w:val="-35"/>
                <w:sz w:val="18"/>
              </w:rPr>
              <w:t xml:space="preserve"> </w:t>
            </w:r>
            <w:r w:rsidRPr="00F5664C">
              <w:rPr>
                <w:b/>
                <w:sz w:val="18"/>
              </w:rPr>
              <w:t>H</w:t>
            </w:r>
            <w:r w:rsidRPr="00F5664C">
              <w:rPr>
                <w:b/>
                <w:spacing w:val="-34"/>
                <w:sz w:val="18"/>
              </w:rPr>
              <w:t xml:space="preserve"> </w:t>
            </w:r>
            <w:r w:rsidRPr="00F5664C">
              <w:rPr>
                <w:b/>
                <w:sz w:val="18"/>
              </w:rPr>
              <w:t>15</w:t>
            </w:r>
            <w:r w:rsidRPr="00F5664C">
              <w:rPr>
                <w:b/>
                <w:spacing w:val="-35"/>
                <w:sz w:val="18"/>
              </w:rPr>
              <w:t xml:space="preserve"> </w:t>
            </w:r>
            <w:r>
              <w:rPr>
                <w:rFonts w:ascii="Wingdings" w:hAnsi="Wingdings"/>
                <w:sz w:val="16"/>
              </w:rPr>
              <w:t></w:t>
            </w:r>
          </w:p>
          <w:p w14:paraId="33E4D02D" w14:textId="77777777" w:rsidR="00971F4A" w:rsidRDefault="00971F4A" w:rsidP="00CC07DB">
            <w:pPr>
              <w:pStyle w:val="TableParagraph"/>
              <w:tabs>
                <w:tab w:val="left" w:pos="3113"/>
              </w:tabs>
              <w:spacing w:before="86"/>
              <w:ind w:left="46"/>
              <w:rPr>
                <w:b/>
              </w:rPr>
            </w:pPr>
            <w:r>
              <w:rPr>
                <w:b/>
                <w:w w:val="95"/>
                <w:u w:val="single"/>
              </w:rPr>
              <w:t>Adultes</w:t>
            </w:r>
            <w:r>
              <w:rPr>
                <w:b/>
                <w:spacing w:val="-35"/>
                <w:w w:val="95"/>
                <w:u w:val="single"/>
              </w:rPr>
              <w:t xml:space="preserve"> </w:t>
            </w:r>
            <w:r>
              <w:rPr>
                <w:b/>
                <w:w w:val="95"/>
                <w:u w:val="single"/>
              </w:rPr>
              <w:t>avancés</w:t>
            </w:r>
            <w:r>
              <w:rPr>
                <w:b/>
                <w:spacing w:val="-34"/>
                <w:w w:val="95"/>
                <w:u w:val="single"/>
              </w:rPr>
              <w:t xml:space="preserve"> </w:t>
            </w:r>
            <w:r>
              <w:rPr>
                <w:b/>
                <w:w w:val="95"/>
                <w:u w:val="single"/>
              </w:rPr>
              <w:t>:</w:t>
            </w:r>
            <w:r>
              <w:rPr>
                <w:b/>
                <w:w w:val="95"/>
              </w:rPr>
              <w:tab/>
            </w:r>
          </w:p>
          <w:p w14:paraId="6C132D34" w14:textId="77777777" w:rsidR="00971F4A" w:rsidRDefault="00971F4A" w:rsidP="00CC07DB">
            <w:pPr>
              <w:pStyle w:val="TableParagraph"/>
              <w:tabs>
                <w:tab w:val="left" w:pos="2972"/>
              </w:tabs>
              <w:spacing w:before="13" w:line="204" w:lineRule="exact"/>
              <w:ind w:left="46"/>
              <w:rPr>
                <w:rFonts w:ascii="Wingdings" w:hAnsi="Wingdings"/>
                <w:sz w:val="18"/>
              </w:rPr>
            </w:pPr>
            <w:r>
              <w:rPr>
                <w:b/>
                <w:sz w:val="20"/>
              </w:rPr>
              <w:t>Lundi</w:t>
            </w:r>
            <w:r>
              <w:rPr>
                <w:b/>
                <w:spacing w:val="-35"/>
                <w:sz w:val="20"/>
              </w:rPr>
              <w:t xml:space="preserve"> </w:t>
            </w:r>
            <w:r>
              <w:rPr>
                <w:b/>
                <w:sz w:val="20"/>
              </w:rPr>
              <w:t>20</w:t>
            </w:r>
            <w:r>
              <w:rPr>
                <w:b/>
                <w:spacing w:val="-33"/>
                <w:sz w:val="20"/>
              </w:rPr>
              <w:t xml:space="preserve"> </w:t>
            </w:r>
            <w:r>
              <w:rPr>
                <w:b/>
                <w:sz w:val="20"/>
              </w:rPr>
              <w:t>H</w:t>
            </w:r>
            <w:r>
              <w:rPr>
                <w:b/>
                <w:spacing w:val="-35"/>
                <w:sz w:val="20"/>
              </w:rPr>
              <w:t xml:space="preserve"> </w:t>
            </w:r>
            <w:r>
              <w:rPr>
                <w:b/>
                <w:sz w:val="20"/>
              </w:rPr>
              <w:t>15</w:t>
            </w:r>
            <w:r>
              <w:rPr>
                <w:b/>
                <w:spacing w:val="-35"/>
                <w:sz w:val="20"/>
              </w:rPr>
              <w:t xml:space="preserve"> </w:t>
            </w:r>
            <w:r>
              <w:rPr>
                <w:b/>
                <w:w w:val="105"/>
                <w:sz w:val="20"/>
              </w:rPr>
              <w:t>–</w:t>
            </w:r>
            <w:r>
              <w:rPr>
                <w:b/>
                <w:spacing w:val="-36"/>
                <w:w w:val="105"/>
                <w:sz w:val="20"/>
              </w:rPr>
              <w:t xml:space="preserve"> </w:t>
            </w:r>
            <w:r>
              <w:rPr>
                <w:b/>
                <w:sz w:val="20"/>
              </w:rPr>
              <w:t>21</w:t>
            </w:r>
            <w:r>
              <w:rPr>
                <w:b/>
                <w:spacing w:val="-34"/>
                <w:sz w:val="20"/>
              </w:rPr>
              <w:t xml:space="preserve"> </w:t>
            </w:r>
            <w:r>
              <w:rPr>
                <w:b/>
                <w:sz w:val="20"/>
              </w:rPr>
              <w:t>H</w:t>
            </w:r>
            <w:r>
              <w:rPr>
                <w:b/>
                <w:spacing w:val="-34"/>
                <w:sz w:val="20"/>
              </w:rPr>
              <w:t xml:space="preserve"> </w:t>
            </w:r>
            <w:r>
              <w:rPr>
                <w:b/>
                <w:sz w:val="20"/>
              </w:rPr>
              <w:t>30</w:t>
            </w:r>
            <w:r>
              <w:rPr>
                <w:b/>
                <w:spacing w:val="-34"/>
                <w:sz w:val="20"/>
              </w:rPr>
              <w:t xml:space="preserve"> </w:t>
            </w:r>
            <w:r>
              <w:rPr>
                <w:rFonts w:ascii="Wingdings" w:hAnsi="Wingdings"/>
                <w:sz w:val="20"/>
              </w:rPr>
              <w:t></w:t>
            </w:r>
            <w:r>
              <w:rPr>
                <w:rFonts w:ascii="Times New Roman" w:hAnsi="Times New Roman"/>
                <w:sz w:val="20"/>
              </w:rPr>
              <w:tab/>
            </w:r>
          </w:p>
          <w:p w14:paraId="36BA2272" w14:textId="77777777" w:rsidR="00971F4A" w:rsidRPr="004B4D54" w:rsidRDefault="00971F4A" w:rsidP="00CC07DB">
            <w:pPr>
              <w:pStyle w:val="TableParagraph"/>
              <w:spacing w:line="197" w:lineRule="exact"/>
              <w:ind w:left="50"/>
              <w:rPr>
                <w:b/>
                <w:sz w:val="18"/>
                <w:szCs w:val="18"/>
              </w:rPr>
            </w:pPr>
            <w:r>
              <w:rPr>
                <w:b/>
                <w:sz w:val="20"/>
              </w:rPr>
              <w:t xml:space="preserve">Samedi 9 H 30 </w:t>
            </w:r>
            <w:r>
              <w:rPr>
                <w:b/>
                <w:w w:val="105"/>
                <w:sz w:val="20"/>
              </w:rPr>
              <w:t xml:space="preserve">– </w:t>
            </w:r>
            <w:r>
              <w:rPr>
                <w:b/>
                <w:sz w:val="20"/>
              </w:rPr>
              <w:t xml:space="preserve">10 H 45 </w:t>
            </w:r>
            <w:r>
              <w:rPr>
                <w:rFonts w:ascii="Wingdings" w:hAnsi="Wingdings"/>
                <w:sz w:val="20"/>
              </w:rPr>
              <w:t></w:t>
            </w:r>
          </w:p>
        </w:tc>
      </w:tr>
      <w:tr w:rsidR="00971F4A" w:rsidRPr="00F5664C" w14:paraId="285816A7" w14:textId="77777777" w:rsidTr="00971F4A">
        <w:trPr>
          <w:trHeight w:val="1303"/>
        </w:trPr>
        <w:tc>
          <w:tcPr>
            <w:tcW w:w="11359" w:type="dxa"/>
            <w:gridSpan w:val="2"/>
          </w:tcPr>
          <w:p w14:paraId="267E61FF" w14:textId="77777777" w:rsidR="00971F4A" w:rsidRDefault="00971F4A" w:rsidP="00CC07DB">
            <w:pPr>
              <w:pStyle w:val="TableParagraph"/>
              <w:spacing w:line="276" w:lineRule="auto"/>
              <w:rPr>
                <w:b/>
                <w:sz w:val="18"/>
                <w:szCs w:val="18"/>
              </w:rPr>
            </w:pPr>
            <w:r w:rsidRPr="004B4D54">
              <w:rPr>
                <w:b/>
                <w:sz w:val="18"/>
                <w:szCs w:val="18"/>
              </w:rPr>
              <w:t>Les cours annulés pour cause de tournoi de hockey en fin de saison seront récupérés les mercredi de 18h45 à</w:t>
            </w:r>
            <w:r>
              <w:rPr>
                <w:b/>
                <w:sz w:val="18"/>
                <w:szCs w:val="18"/>
              </w:rPr>
              <w:t xml:space="preserve"> 19h30</w:t>
            </w:r>
            <w:r w:rsidRPr="004B4D54">
              <w:rPr>
                <w:b/>
                <w:sz w:val="18"/>
                <w:szCs w:val="18"/>
              </w:rPr>
              <w:t xml:space="preserve"> </w:t>
            </w:r>
            <w:r>
              <w:rPr>
                <w:b/>
                <w:sz w:val="18"/>
                <w:szCs w:val="18"/>
              </w:rPr>
              <w:t>à partir de janvier</w:t>
            </w:r>
            <w:r w:rsidRPr="004B4D54">
              <w:rPr>
                <w:b/>
                <w:sz w:val="18"/>
                <w:szCs w:val="18"/>
              </w:rPr>
              <w:t xml:space="preserve"> les dates seront communiquées </w:t>
            </w:r>
            <w:r>
              <w:rPr>
                <w:b/>
                <w:sz w:val="18"/>
                <w:szCs w:val="18"/>
              </w:rPr>
              <w:t xml:space="preserve">ultérieurement. </w:t>
            </w:r>
          </w:p>
          <w:p w14:paraId="5982357F" w14:textId="77777777" w:rsidR="00971F4A" w:rsidRPr="00D26F79" w:rsidRDefault="00971F4A" w:rsidP="00CC07DB">
            <w:pPr>
              <w:pStyle w:val="TableParagraph"/>
              <w:spacing w:line="276" w:lineRule="auto"/>
              <w:rPr>
                <w:b/>
                <w:color w:val="EE0000"/>
                <w:sz w:val="18"/>
                <w:szCs w:val="18"/>
              </w:rPr>
            </w:pPr>
            <w:r w:rsidRPr="00D26F79">
              <w:rPr>
                <w:b/>
                <w:color w:val="EE0000"/>
                <w:sz w:val="18"/>
                <w:szCs w:val="18"/>
              </w:rPr>
              <w:t xml:space="preserve">Seuls les inscrits au cours adultes avancés de samedi 9h30 sont concernés. </w:t>
            </w:r>
          </w:p>
          <w:p w14:paraId="734B3C60" w14:textId="77777777" w:rsidR="00971F4A" w:rsidRDefault="00971F4A" w:rsidP="00CC07DB">
            <w:pPr>
              <w:pStyle w:val="TableParagraph"/>
              <w:spacing w:line="276" w:lineRule="auto"/>
              <w:rPr>
                <w:b/>
                <w:w w:val="90"/>
                <w:sz w:val="26"/>
                <w:u w:val="thick"/>
              </w:rPr>
            </w:pPr>
            <w:r w:rsidRPr="00D26F79">
              <w:rPr>
                <w:b/>
                <w:sz w:val="18"/>
                <w:szCs w:val="18"/>
              </w:rPr>
              <w:t>Pour les adultes intermédiaires et débutants, l’horaire du second cours sera à déterminer avec Patricia en fonction de la disponibilité des places sur d’autres créneaux.</w:t>
            </w:r>
          </w:p>
        </w:tc>
      </w:tr>
    </w:tbl>
    <w:p w14:paraId="7889DF11" w14:textId="77777777" w:rsidR="00971F4A" w:rsidRPr="00971F4A" w:rsidRDefault="00971F4A" w:rsidP="008234B8">
      <w:pPr>
        <w:pStyle w:val="TableParagraph"/>
        <w:spacing w:line="252" w:lineRule="auto"/>
        <w:ind w:left="-1191" w:right="-510"/>
        <w:jc w:val="center"/>
        <w:rPr>
          <w:rFonts w:asciiTheme="minorHAnsi" w:hAnsiTheme="minorHAnsi" w:cs="Arial"/>
          <w:b/>
          <w:bCs/>
          <w:sz w:val="16"/>
          <w:szCs w:val="16"/>
        </w:rPr>
      </w:pPr>
    </w:p>
    <w:p w14:paraId="68BAB8C3" w14:textId="77777777" w:rsidR="00856BD3" w:rsidRPr="00971F4A" w:rsidRDefault="00856BD3" w:rsidP="008234B8">
      <w:pPr>
        <w:pStyle w:val="TableParagraph"/>
        <w:spacing w:line="252" w:lineRule="auto"/>
        <w:ind w:left="-1191" w:right="-510"/>
        <w:jc w:val="center"/>
        <w:rPr>
          <w:rFonts w:asciiTheme="minorHAnsi" w:hAnsiTheme="minorHAnsi" w:cs="Arial"/>
          <w:b/>
          <w:bCs/>
          <w:sz w:val="16"/>
          <w:szCs w:val="16"/>
        </w:rPr>
      </w:pPr>
    </w:p>
    <w:p w14:paraId="1673B108" w14:textId="77777777" w:rsidR="00856BD3" w:rsidRPr="00971F4A" w:rsidRDefault="00856BD3" w:rsidP="008234B8">
      <w:pPr>
        <w:pStyle w:val="TableParagraph"/>
        <w:spacing w:line="252" w:lineRule="auto"/>
        <w:ind w:left="-1191" w:right="-510"/>
        <w:jc w:val="center"/>
        <w:rPr>
          <w:rFonts w:asciiTheme="minorHAnsi" w:hAnsiTheme="minorHAnsi" w:cs="Arial"/>
          <w:b/>
          <w:bCs/>
          <w:sz w:val="16"/>
          <w:szCs w:val="16"/>
        </w:rPr>
      </w:pPr>
    </w:p>
    <w:p w14:paraId="2BB4844D" w14:textId="77777777" w:rsidR="00C636CB" w:rsidRPr="00971F4A" w:rsidRDefault="00C636CB" w:rsidP="008234B8">
      <w:pPr>
        <w:pStyle w:val="TableParagraph"/>
        <w:spacing w:line="252" w:lineRule="auto"/>
        <w:ind w:left="-1191" w:right="-510"/>
        <w:jc w:val="center"/>
        <w:rPr>
          <w:rFonts w:asciiTheme="minorHAnsi" w:hAnsiTheme="minorHAnsi" w:cs="Arial"/>
          <w:b/>
          <w:bCs/>
          <w:sz w:val="16"/>
          <w:szCs w:val="16"/>
        </w:rPr>
      </w:pPr>
    </w:p>
    <w:tbl>
      <w:tblPr>
        <w:tblStyle w:val="TableNormal"/>
        <w:tblW w:w="1133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2"/>
        <w:gridCol w:w="4530"/>
      </w:tblGrid>
      <w:tr w:rsidR="00A32E37" w14:paraId="0C560216" w14:textId="77777777" w:rsidTr="00A32E37">
        <w:trPr>
          <w:trHeight w:val="340"/>
        </w:trPr>
        <w:tc>
          <w:tcPr>
            <w:tcW w:w="11332" w:type="dxa"/>
            <w:gridSpan w:val="2"/>
            <w:shd w:val="clear" w:color="auto" w:fill="FF339A"/>
          </w:tcPr>
          <w:p w14:paraId="7910E324" w14:textId="45B5DC29" w:rsidR="00A32E37" w:rsidRPr="00A32E37" w:rsidRDefault="00A32E37" w:rsidP="00A32E37">
            <w:pPr>
              <w:pStyle w:val="TableParagraph"/>
              <w:spacing w:line="318" w:lineRule="exact"/>
              <w:ind w:right="2393"/>
              <w:jc w:val="center"/>
              <w:rPr>
                <w:b/>
                <w:sz w:val="24"/>
                <w:szCs w:val="24"/>
              </w:rPr>
            </w:pPr>
            <w:r w:rsidRPr="00A32E37">
              <w:rPr>
                <w:b/>
                <w:sz w:val="24"/>
                <w:szCs w:val="24"/>
              </w:rPr>
              <w:t>GROUPE DANSE GLACE ‐ TARIFS ET HORAIRES</w:t>
            </w:r>
          </w:p>
          <w:p w14:paraId="17E6CD13" w14:textId="77777777" w:rsidR="00A32E37" w:rsidRDefault="00A32E37" w:rsidP="00A32E37">
            <w:pPr>
              <w:pStyle w:val="TableParagraph"/>
              <w:spacing w:line="318" w:lineRule="exact"/>
              <w:ind w:left="2600" w:right="3811"/>
              <w:jc w:val="center"/>
              <w:rPr>
                <w:b/>
                <w:sz w:val="28"/>
              </w:rPr>
            </w:pPr>
            <w:r w:rsidRPr="00A32E37">
              <w:rPr>
                <w:b/>
                <w:sz w:val="24"/>
                <w:szCs w:val="24"/>
              </w:rPr>
              <w:t>Niveau minimum lame 3</w:t>
            </w:r>
          </w:p>
        </w:tc>
      </w:tr>
      <w:tr w:rsidR="00A32E37" w14:paraId="7A74681E" w14:textId="77777777" w:rsidTr="00A32E37">
        <w:trPr>
          <w:trHeight w:val="1223"/>
        </w:trPr>
        <w:tc>
          <w:tcPr>
            <w:tcW w:w="6802" w:type="dxa"/>
          </w:tcPr>
          <w:p w14:paraId="5A9AB199" w14:textId="77777777" w:rsidR="00A32E37" w:rsidRDefault="00A32E37" w:rsidP="00CC07DB">
            <w:pPr>
              <w:pStyle w:val="TableParagraph"/>
              <w:spacing w:line="252" w:lineRule="auto"/>
              <w:ind w:left="962" w:right="1723" w:hanging="851"/>
              <w:rPr>
                <w:b/>
                <w:w w:val="95"/>
              </w:rPr>
            </w:pPr>
          </w:p>
          <w:p w14:paraId="7B9C2FD7" w14:textId="77777777" w:rsidR="00A32E37" w:rsidRDefault="00A32E37" w:rsidP="00CC07DB">
            <w:pPr>
              <w:pStyle w:val="TableParagraph"/>
              <w:spacing w:line="252" w:lineRule="auto"/>
              <w:ind w:left="962" w:right="1723" w:hanging="851"/>
              <w:rPr>
                <w:b/>
              </w:rPr>
            </w:pPr>
            <w:r>
              <w:rPr>
                <w:b/>
                <w:w w:val="95"/>
              </w:rPr>
              <w:t>Cotisation</w:t>
            </w:r>
            <w:r>
              <w:rPr>
                <w:b/>
                <w:spacing w:val="-39"/>
                <w:w w:val="95"/>
              </w:rPr>
              <w:t xml:space="preserve"> </w:t>
            </w:r>
            <w:r>
              <w:rPr>
                <w:b/>
                <w:w w:val="95"/>
              </w:rPr>
              <w:t>1</w:t>
            </w:r>
            <w:r>
              <w:rPr>
                <w:b/>
                <w:spacing w:val="-38"/>
                <w:w w:val="95"/>
              </w:rPr>
              <w:t xml:space="preserve"> </w:t>
            </w:r>
            <w:r>
              <w:rPr>
                <w:b/>
                <w:w w:val="95"/>
              </w:rPr>
              <w:t>ou</w:t>
            </w:r>
            <w:r>
              <w:rPr>
                <w:b/>
                <w:spacing w:val="-39"/>
                <w:w w:val="95"/>
              </w:rPr>
              <w:t xml:space="preserve"> </w:t>
            </w:r>
            <w:r>
              <w:rPr>
                <w:b/>
                <w:w w:val="95"/>
              </w:rPr>
              <w:t>2</w:t>
            </w:r>
            <w:r>
              <w:rPr>
                <w:b/>
                <w:spacing w:val="-39"/>
                <w:w w:val="95"/>
              </w:rPr>
              <w:t xml:space="preserve"> </w:t>
            </w:r>
            <w:r>
              <w:rPr>
                <w:b/>
                <w:w w:val="95"/>
              </w:rPr>
              <w:t>cours</w:t>
            </w:r>
            <w:r>
              <w:rPr>
                <w:b/>
                <w:spacing w:val="-38"/>
                <w:w w:val="95"/>
              </w:rPr>
              <w:t xml:space="preserve"> </w:t>
            </w:r>
            <w:r>
              <w:rPr>
                <w:b/>
                <w:w w:val="95"/>
              </w:rPr>
              <w:t>par</w:t>
            </w:r>
            <w:r>
              <w:rPr>
                <w:b/>
                <w:spacing w:val="-39"/>
                <w:w w:val="95"/>
              </w:rPr>
              <w:t xml:space="preserve"> </w:t>
            </w:r>
            <w:r>
              <w:rPr>
                <w:b/>
                <w:w w:val="95"/>
              </w:rPr>
              <w:t>semaine</w:t>
            </w:r>
            <w:r>
              <w:rPr>
                <w:b/>
                <w:spacing w:val="-39"/>
                <w:w w:val="95"/>
              </w:rPr>
              <w:t xml:space="preserve"> </w:t>
            </w:r>
            <w:r>
              <w:rPr>
                <w:b/>
                <w:w w:val="95"/>
              </w:rPr>
              <w:t>:</w:t>
            </w:r>
            <w:r>
              <w:rPr>
                <w:b/>
                <w:spacing w:val="-38"/>
                <w:w w:val="95"/>
              </w:rPr>
              <w:t xml:space="preserve"> </w:t>
            </w:r>
            <w:r>
              <w:rPr>
                <w:rFonts w:ascii="Wingdings" w:hAnsi="Wingdings"/>
                <w:w w:val="95"/>
                <w:sz w:val="24"/>
              </w:rPr>
              <w:t></w:t>
            </w:r>
            <w:r>
              <w:rPr>
                <w:rFonts w:ascii="Times New Roman" w:hAnsi="Times New Roman"/>
                <w:spacing w:val="-28"/>
                <w:w w:val="95"/>
                <w:sz w:val="24"/>
              </w:rPr>
              <w:t xml:space="preserve"> </w:t>
            </w:r>
            <w:r>
              <w:rPr>
                <w:b/>
                <w:w w:val="95"/>
              </w:rPr>
              <w:t>300€</w:t>
            </w:r>
            <w:r>
              <w:rPr>
                <w:b/>
                <w:spacing w:val="-39"/>
                <w:w w:val="95"/>
              </w:rPr>
              <w:t xml:space="preserve"> </w:t>
            </w:r>
            <w:r>
              <w:rPr>
                <w:b/>
                <w:w w:val="95"/>
              </w:rPr>
              <w:t xml:space="preserve">(forfait) </w:t>
            </w:r>
          </w:p>
          <w:p w14:paraId="31E45593" w14:textId="77777777" w:rsidR="00A32E37" w:rsidRDefault="00A32E37" w:rsidP="00CC07DB">
            <w:pPr>
              <w:pStyle w:val="TableParagraph"/>
              <w:tabs>
                <w:tab w:val="left" w:leader="dot" w:pos="3864"/>
              </w:tabs>
              <w:spacing w:before="116"/>
              <w:ind w:left="18"/>
              <w:jc w:val="center"/>
              <w:rPr>
                <w:b/>
              </w:rPr>
            </w:pPr>
            <w:r>
              <w:rPr>
                <w:b/>
                <w:w w:val="95"/>
              </w:rPr>
              <w:t>TOTAL</w:t>
            </w:r>
            <w:r>
              <w:rPr>
                <w:b/>
                <w:w w:val="95"/>
              </w:rPr>
              <w:tab/>
            </w:r>
            <w:r>
              <w:rPr>
                <w:b/>
              </w:rPr>
              <w:t>€</w:t>
            </w:r>
          </w:p>
        </w:tc>
        <w:tc>
          <w:tcPr>
            <w:tcW w:w="4530" w:type="dxa"/>
          </w:tcPr>
          <w:p w14:paraId="1FB3B5A8" w14:textId="77777777" w:rsidR="00A32E37" w:rsidRDefault="00A32E37" w:rsidP="00CC07DB">
            <w:pPr>
              <w:pStyle w:val="TableParagraph"/>
              <w:spacing w:before="3"/>
              <w:ind w:left="216" w:right="203"/>
              <w:jc w:val="center"/>
              <w:rPr>
                <w:b/>
                <w:w w:val="95"/>
                <w:sz w:val="24"/>
                <w:szCs w:val="24"/>
                <w:u w:val="thick"/>
              </w:rPr>
            </w:pPr>
          </w:p>
          <w:p w14:paraId="4C4CABEC" w14:textId="77777777" w:rsidR="00A32E37" w:rsidRPr="00D26F79" w:rsidRDefault="00A32E37" w:rsidP="00CC07DB">
            <w:pPr>
              <w:pStyle w:val="TableParagraph"/>
              <w:spacing w:before="3"/>
              <w:ind w:left="216" w:right="203"/>
              <w:jc w:val="center"/>
              <w:rPr>
                <w:b/>
                <w:sz w:val="24"/>
                <w:szCs w:val="24"/>
              </w:rPr>
            </w:pPr>
            <w:r w:rsidRPr="00D26F79">
              <w:rPr>
                <w:b/>
                <w:w w:val="95"/>
                <w:sz w:val="24"/>
                <w:szCs w:val="24"/>
                <w:u w:val="thick"/>
              </w:rPr>
              <w:t>Horaires, cochez votre/vos choix</w:t>
            </w:r>
            <w:r w:rsidRPr="00D26F79">
              <w:rPr>
                <w:b/>
                <w:w w:val="95"/>
                <w:sz w:val="24"/>
                <w:szCs w:val="24"/>
              </w:rPr>
              <w:t xml:space="preserve"> :</w:t>
            </w:r>
          </w:p>
          <w:p w14:paraId="346C57EC" w14:textId="77777777" w:rsidR="00A32E37" w:rsidRPr="001E003F" w:rsidRDefault="00A32E37" w:rsidP="00CC07DB">
            <w:pPr>
              <w:pStyle w:val="TableParagraph"/>
              <w:spacing w:line="228" w:lineRule="exact"/>
              <w:ind w:left="216" w:right="203"/>
              <w:jc w:val="center"/>
              <w:rPr>
                <w:rFonts w:ascii="Wingdings" w:hAnsi="Wingdings"/>
                <w:sz w:val="20"/>
                <w:lang w:val="en-GB"/>
              </w:rPr>
            </w:pPr>
            <w:r w:rsidRPr="001E003F">
              <w:rPr>
                <w:b/>
                <w:sz w:val="20"/>
                <w:lang w:val="en-GB"/>
              </w:rPr>
              <w:t>Jeudi</w:t>
            </w:r>
            <w:r w:rsidRPr="001E003F">
              <w:rPr>
                <w:b/>
                <w:spacing w:val="-43"/>
                <w:sz w:val="20"/>
                <w:lang w:val="en-GB"/>
              </w:rPr>
              <w:t xml:space="preserve"> </w:t>
            </w:r>
            <w:r w:rsidRPr="001E003F">
              <w:rPr>
                <w:b/>
                <w:sz w:val="20"/>
                <w:lang w:val="en-GB"/>
              </w:rPr>
              <w:t>19</w:t>
            </w:r>
            <w:r w:rsidRPr="001E003F">
              <w:rPr>
                <w:b/>
                <w:spacing w:val="-42"/>
                <w:sz w:val="20"/>
                <w:lang w:val="en-GB"/>
              </w:rPr>
              <w:t xml:space="preserve"> </w:t>
            </w:r>
            <w:r w:rsidRPr="001E003F">
              <w:rPr>
                <w:b/>
                <w:sz w:val="20"/>
                <w:lang w:val="en-GB"/>
              </w:rPr>
              <w:t>H</w:t>
            </w:r>
            <w:r w:rsidRPr="001E003F">
              <w:rPr>
                <w:b/>
                <w:spacing w:val="-42"/>
                <w:sz w:val="20"/>
                <w:lang w:val="en-GB"/>
              </w:rPr>
              <w:t xml:space="preserve"> </w:t>
            </w:r>
            <w:r w:rsidRPr="001E003F">
              <w:rPr>
                <w:b/>
                <w:sz w:val="20"/>
                <w:lang w:val="en-GB"/>
              </w:rPr>
              <w:t>15</w:t>
            </w:r>
            <w:r w:rsidRPr="001E003F">
              <w:rPr>
                <w:b/>
                <w:spacing w:val="-42"/>
                <w:sz w:val="20"/>
                <w:lang w:val="en-GB"/>
              </w:rPr>
              <w:t xml:space="preserve"> </w:t>
            </w:r>
            <w:r w:rsidRPr="001E003F">
              <w:rPr>
                <w:b/>
                <w:w w:val="105"/>
                <w:sz w:val="20"/>
                <w:lang w:val="en-GB"/>
              </w:rPr>
              <w:t>–</w:t>
            </w:r>
            <w:r w:rsidRPr="001E003F">
              <w:rPr>
                <w:b/>
                <w:spacing w:val="-45"/>
                <w:w w:val="105"/>
                <w:sz w:val="20"/>
                <w:lang w:val="en-GB"/>
              </w:rPr>
              <w:t xml:space="preserve"> </w:t>
            </w:r>
            <w:r w:rsidRPr="001E003F">
              <w:rPr>
                <w:b/>
                <w:sz w:val="20"/>
                <w:lang w:val="en-GB"/>
              </w:rPr>
              <w:t>20</w:t>
            </w:r>
            <w:r w:rsidRPr="001E003F">
              <w:rPr>
                <w:b/>
                <w:spacing w:val="-42"/>
                <w:sz w:val="20"/>
                <w:lang w:val="en-GB"/>
              </w:rPr>
              <w:t xml:space="preserve"> </w:t>
            </w:r>
            <w:r w:rsidRPr="001E003F">
              <w:rPr>
                <w:b/>
                <w:sz w:val="20"/>
                <w:lang w:val="en-GB"/>
              </w:rPr>
              <w:t>H</w:t>
            </w:r>
            <w:r w:rsidRPr="001E003F">
              <w:rPr>
                <w:b/>
                <w:spacing w:val="-42"/>
                <w:sz w:val="20"/>
                <w:lang w:val="en-GB"/>
              </w:rPr>
              <w:t xml:space="preserve"> </w:t>
            </w:r>
            <w:r w:rsidRPr="001E003F">
              <w:rPr>
                <w:b/>
                <w:sz w:val="20"/>
                <w:lang w:val="en-GB"/>
              </w:rPr>
              <w:t>15</w:t>
            </w:r>
            <w:r w:rsidRPr="001E003F">
              <w:rPr>
                <w:b/>
                <w:spacing w:val="-42"/>
                <w:sz w:val="20"/>
                <w:lang w:val="en-GB"/>
              </w:rPr>
              <w:t xml:space="preserve"> </w:t>
            </w:r>
            <w:r>
              <w:rPr>
                <w:rFonts w:ascii="Wingdings" w:hAnsi="Wingdings"/>
                <w:sz w:val="20"/>
              </w:rPr>
              <w:t></w:t>
            </w:r>
          </w:p>
          <w:p w14:paraId="3B75D4BF" w14:textId="77777777" w:rsidR="00A32E37" w:rsidRPr="001E003F" w:rsidRDefault="00A32E37" w:rsidP="00CC07DB">
            <w:pPr>
              <w:pStyle w:val="TableParagraph"/>
              <w:spacing w:before="11" w:line="200" w:lineRule="exact"/>
              <w:ind w:left="214" w:right="204"/>
              <w:jc w:val="center"/>
              <w:rPr>
                <w:rFonts w:ascii="Wingdings" w:hAnsi="Wingdings"/>
                <w:sz w:val="20"/>
                <w:lang w:val="en-GB"/>
              </w:rPr>
            </w:pPr>
            <w:r w:rsidRPr="001E003F">
              <w:rPr>
                <w:b/>
                <w:sz w:val="20"/>
                <w:lang w:val="en-GB"/>
              </w:rPr>
              <w:t>Samedi</w:t>
            </w:r>
            <w:r w:rsidRPr="001E003F">
              <w:rPr>
                <w:b/>
                <w:spacing w:val="-36"/>
                <w:sz w:val="20"/>
                <w:lang w:val="en-GB"/>
              </w:rPr>
              <w:t xml:space="preserve"> </w:t>
            </w:r>
            <w:r w:rsidRPr="001E003F">
              <w:rPr>
                <w:b/>
                <w:sz w:val="20"/>
                <w:lang w:val="en-GB"/>
              </w:rPr>
              <w:t>8</w:t>
            </w:r>
            <w:r w:rsidRPr="001E003F">
              <w:rPr>
                <w:b/>
                <w:spacing w:val="-34"/>
                <w:sz w:val="20"/>
                <w:lang w:val="en-GB"/>
              </w:rPr>
              <w:t xml:space="preserve"> </w:t>
            </w:r>
            <w:r w:rsidRPr="001E003F">
              <w:rPr>
                <w:b/>
                <w:sz w:val="20"/>
                <w:lang w:val="en-GB"/>
              </w:rPr>
              <w:t>H</w:t>
            </w:r>
            <w:r w:rsidRPr="001E003F">
              <w:rPr>
                <w:b/>
                <w:spacing w:val="-35"/>
                <w:sz w:val="20"/>
                <w:lang w:val="en-GB"/>
              </w:rPr>
              <w:t xml:space="preserve"> </w:t>
            </w:r>
            <w:r w:rsidRPr="001E003F">
              <w:rPr>
                <w:b/>
                <w:sz w:val="20"/>
                <w:lang w:val="en-GB"/>
              </w:rPr>
              <w:t>15</w:t>
            </w:r>
            <w:r w:rsidRPr="001E003F">
              <w:rPr>
                <w:b/>
                <w:spacing w:val="-35"/>
                <w:sz w:val="20"/>
                <w:lang w:val="en-GB"/>
              </w:rPr>
              <w:t xml:space="preserve"> </w:t>
            </w:r>
            <w:r w:rsidRPr="001E003F">
              <w:rPr>
                <w:b/>
                <w:w w:val="105"/>
                <w:sz w:val="20"/>
                <w:lang w:val="en-GB"/>
              </w:rPr>
              <w:t>–</w:t>
            </w:r>
            <w:r w:rsidRPr="001E003F">
              <w:rPr>
                <w:b/>
                <w:spacing w:val="-37"/>
                <w:w w:val="105"/>
                <w:sz w:val="20"/>
                <w:lang w:val="en-GB"/>
              </w:rPr>
              <w:t xml:space="preserve"> </w:t>
            </w:r>
            <w:r w:rsidRPr="001E003F">
              <w:rPr>
                <w:b/>
                <w:sz w:val="20"/>
                <w:lang w:val="en-GB"/>
              </w:rPr>
              <w:t>9</w:t>
            </w:r>
            <w:r w:rsidRPr="001E003F">
              <w:rPr>
                <w:b/>
                <w:spacing w:val="-34"/>
                <w:sz w:val="20"/>
                <w:lang w:val="en-GB"/>
              </w:rPr>
              <w:t xml:space="preserve"> </w:t>
            </w:r>
            <w:r w:rsidRPr="001E003F">
              <w:rPr>
                <w:b/>
                <w:sz w:val="20"/>
                <w:lang w:val="en-GB"/>
              </w:rPr>
              <w:t>H</w:t>
            </w:r>
            <w:r w:rsidRPr="001E003F">
              <w:rPr>
                <w:b/>
                <w:spacing w:val="-36"/>
                <w:sz w:val="20"/>
                <w:lang w:val="en-GB"/>
              </w:rPr>
              <w:t xml:space="preserve"> </w:t>
            </w:r>
            <w:r w:rsidRPr="001E003F">
              <w:rPr>
                <w:b/>
                <w:sz w:val="20"/>
                <w:lang w:val="en-GB"/>
              </w:rPr>
              <w:t>30</w:t>
            </w:r>
            <w:r w:rsidRPr="001E003F">
              <w:rPr>
                <w:b/>
                <w:spacing w:val="-35"/>
                <w:sz w:val="20"/>
                <w:lang w:val="en-GB"/>
              </w:rPr>
              <w:t xml:space="preserve"> </w:t>
            </w:r>
            <w:r>
              <w:rPr>
                <w:rFonts w:ascii="Wingdings" w:hAnsi="Wingdings"/>
                <w:sz w:val="20"/>
              </w:rPr>
              <w:t></w:t>
            </w:r>
          </w:p>
          <w:p w14:paraId="326F7F53" w14:textId="77777777" w:rsidR="00A32E37" w:rsidRPr="00A32E37" w:rsidRDefault="00A32E37" w:rsidP="00CC07DB">
            <w:pPr>
              <w:pStyle w:val="TableParagraph"/>
              <w:spacing w:before="31"/>
              <w:ind w:left="214" w:right="204"/>
              <w:jc w:val="center"/>
              <w:rPr>
                <w:b/>
                <w:sz w:val="16"/>
                <w:lang w:val="en-GB"/>
              </w:rPr>
            </w:pPr>
          </w:p>
        </w:tc>
      </w:tr>
      <w:tr w:rsidR="00A32E37" w:rsidRPr="00F5664C" w14:paraId="1F6B36F9" w14:textId="77777777" w:rsidTr="00A32E37">
        <w:trPr>
          <w:trHeight w:val="844"/>
        </w:trPr>
        <w:tc>
          <w:tcPr>
            <w:tcW w:w="11332" w:type="dxa"/>
            <w:gridSpan w:val="2"/>
          </w:tcPr>
          <w:p w14:paraId="5ECB465A" w14:textId="77777777" w:rsidR="00A32E37" w:rsidRDefault="00A32E37" w:rsidP="00CC07DB">
            <w:pPr>
              <w:pStyle w:val="TableParagraph"/>
              <w:spacing w:line="276" w:lineRule="auto"/>
              <w:rPr>
                <w:b/>
                <w:sz w:val="18"/>
                <w:szCs w:val="18"/>
              </w:rPr>
            </w:pPr>
            <w:r w:rsidRPr="00D26F79">
              <w:rPr>
                <w:b/>
                <w:sz w:val="18"/>
                <w:szCs w:val="18"/>
              </w:rPr>
              <w:t>Les cours annulés pour cause de tournoi de hockey en fin de saison seront récupérés les mercredi de 18h45 à 19h30, jusqu’à décembre, les dates seront communiquées ultérieurement</w:t>
            </w:r>
            <w:r>
              <w:rPr>
                <w:b/>
                <w:sz w:val="18"/>
                <w:szCs w:val="18"/>
              </w:rPr>
              <w:t>.</w:t>
            </w:r>
          </w:p>
          <w:p w14:paraId="3756C37C" w14:textId="77777777" w:rsidR="00A32E37" w:rsidRPr="00D26F79" w:rsidRDefault="00A32E37" w:rsidP="00CC07DB">
            <w:pPr>
              <w:pStyle w:val="TableParagraph"/>
              <w:spacing w:line="276" w:lineRule="auto"/>
              <w:rPr>
                <w:b/>
                <w:sz w:val="18"/>
                <w:szCs w:val="18"/>
              </w:rPr>
            </w:pPr>
            <w:r w:rsidRPr="00D26F79">
              <w:rPr>
                <w:b/>
                <w:sz w:val="18"/>
                <w:szCs w:val="18"/>
              </w:rPr>
              <w:t>La cotisation de danse sur glace est une cotisation forfaitaire, l’accès à tous les créneaux de danse est compris dans la cotisation. Les cours ne sont pas adaptés aux débutants et aux enfants.</w:t>
            </w:r>
          </w:p>
          <w:p w14:paraId="16964F41" w14:textId="77777777" w:rsidR="00A32E37" w:rsidRDefault="00A32E37" w:rsidP="00CC07DB">
            <w:pPr>
              <w:pStyle w:val="TableParagraph"/>
              <w:spacing w:before="3"/>
              <w:ind w:left="216" w:right="203"/>
              <w:jc w:val="center"/>
              <w:rPr>
                <w:b/>
                <w:w w:val="95"/>
                <w:sz w:val="24"/>
                <w:szCs w:val="24"/>
                <w:u w:val="thick"/>
              </w:rPr>
            </w:pPr>
          </w:p>
        </w:tc>
      </w:tr>
    </w:tbl>
    <w:p w14:paraId="779941CF" w14:textId="77777777" w:rsidR="005221A2" w:rsidRPr="00A57C74" w:rsidRDefault="005221A2" w:rsidP="008234B8">
      <w:pPr>
        <w:spacing w:line="240" w:lineRule="auto"/>
        <w:jc w:val="center"/>
        <w:rPr>
          <w:b/>
          <w:bCs/>
          <w:sz w:val="16"/>
          <w:szCs w:val="16"/>
          <w:lang w:val="fr-FR"/>
        </w:rPr>
      </w:pPr>
    </w:p>
    <w:tbl>
      <w:tblPr>
        <w:tblStyle w:val="TableNormal"/>
        <w:tblW w:w="1126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0"/>
      </w:tblGrid>
      <w:tr w:rsidR="00A32E37" w14:paraId="4382E745" w14:textId="77777777" w:rsidTr="00A32E37">
        <w:trPr>
          <w:trHeight w:val="342"/>
        </w:trPr>
        <w:tc>
          <w:tcPr>
            <w:tcW w:w="11260" w:type="dxa"/>
            <w:shd w:val="clear" w:color="auto" w:fill="A8D08D"/>
          </w:tcPr>
          <w:p w14:paraId="5AF9FD9A" w14:textId="77777777" w:rsidR="00A32E37" w:rsidRPr="00A32E37" w:rsidRDefault="00A32E37" w:rsidP="00CC07DB">
            <w:pPr>
              <w:pStyle w:val="TableParagraph"/>
              <w:spacing w:line="319" w:lineRule="exact"/>
              <w:ind w:left="222" w:right="206"/>
              <w:jc w:val="center"/>
              <w:rPr>
                <w:b/>
                <w:sz w:val="24"/>
                <w:szCs w:val="24"/>
              </w:rPr>
            </w:pPr>
            <w:r>
              <w:rPr>
                <w:sz w:val="20"/>
              </w:rPr>
              <w:tab/>
            </w:r>
            <w:r w:rsidRPr="00A32E37">
              <w:rPr>
                <w:b/>
                <w:sz w:val="24"/>
                <w:szCs w:val="24"/>
              </w:rPr>
              <w:t>Réduction(s) applicable(s)</w:t>
            </w:r>
          </w:p>
        </w:tc>
      </w:tr>
      <w:tr w:rsidR="00A32E37" w:rsidRPr="00F5664C" w14:paraId="619B95A2" w14:textId="77777777" w:rsidTr="00A32E37">
        <w:trPr>
          <w:trHeight w:val="374"/>
        </w:trPr>
        <w:tc>
          <w:tcPr>
            <w:tcW w:w="11260" w:type="dxa"/>
          </w:tcPr>
          <w:p w14:paraId="0FEF123E" w14:textId="77777777" w:rsidR="00A32E37" w:rsidRPr="00622634" w:rsidRDefault="00A32E37" w:rsidP="00CC07DB">
            <w:pPr>
              <w:pStyle w:val="TableParagraph"/>
              <w:spacing w:before="6"/>
              <w:ind w:left="222" w:right="185"/>
              <w:jc w:val="center"/>
              <w:rPr>
                <w:b/>
                <w:highlight w:val="yellow"/>
              </w:rPr>
            </w:pPr>
            <w:r w:rsidRPr="00622634">
              <w:rPr>
                <w:b/>
                <w:highlight w:val="yellow"/>
              </w:rPr>
              <w:t>Sauf Baby Club et 1</w:t>
            </w:r>
            <w:r w:rsidRPr="00622634">
              <w:rPr>
                <w:b/>
                <w:highlight w:val="yellow"/>
                <w:vertAlign w:val="superscript"/>
              </w:rPr>
              <w:t>ère</w:t>
            </w:r>
            <w:r w:rsidRPr="00622634">
              <w:rPr>
                <w:b/>
                <w:highlight w:val="yellow"/>
              </w:rPr>
              <w:t xml:space="preserve"> adhésion – 10 ans</w:t>
            </w:r>
          </w:p>
        </w:tc>
      </w:tr>
      <w:tr w:rsidR="00A32E37" w14:paraId="5244CB28" w14:textId="77777777" w:rsidTr="00A32E37">
        <w:trPr>
          <w:trHeight w:val="2025"/>
        </w:trPr>
        <w:tc>
          <w:tcPr>
            <w:tcW w:w="11260" w:type="dxa"/>
          </w:tcPr>
          <w:p w14:paraId="28C86223" w14:textId="77777777" w:rsidR="00A32E37" w:rsidRDefault="00A32E37" w:rsidP="00CC07DB">
            <w:pPr>
              <w:pStyle w:val="TableParagraph"/>
              <w:spacing w:line="247" w:lineRule="auto"/>
              <w:ind w:right="2104"/>
              <w:rPr>
                <w:b/>
                <w:w w:val="95"/>
              </w:rPr>
            </w:pPr>
            <w:r w:rsidRPr="00364E08">
              <w:rPr>
                <w:b/>
                <w:w w:val="95"/>
                <w:u w:val="single"/>
              </w:rPr>
              <w:t>Réduction</w:t>
            </w:r>
            <w:r w:rsidRPr="00364E08">
              <w:rPr>
                <w:b/>
                <w:spacing w:val="-39"/>
                <w:w w:val="95"/>
                <w:u w:val="single"/>
              </w:rPr>
              <w:t xml:space="preserve"> </w:t>
            </w:r>
            <w:r w:rsidRPr="00364E08">
              <w:rPr>
                <w:b/>
                <w:w w:val="95"/>
                <w:u w:val="single"/>
              </w:rPr>
              <w:t>famille</w:t>
            </w:r>
            <w:r>
              <w:rPr>
                <w:b/>
                <w:w w:val="95"/>
              </w:rPr>
              <w:t xml:space="preserve"> (sauf si le 2</w:t>
            </w:r>
            <w:r w:rsidRPr="00A60B04">
              <w:rPr>
                <w:b/>
                <w:w w:val="95"/>
                <w:vertAlign w:val="superscript"/>
              </w:rPr>
              <w:t>ème</w:t>
            </w:r>
            <w:r>
              <w:rPr>
                <w:b/>
                <w:w w:val="95"/>
              </w:rPr>
              <w:t xml:space="preserve"> membre en baby club ou 1</w:t>
            </w:r>
            <w:r w:rsidRPr="00A60B04">
              <w:rPr>
                <w:b/>
                <w:w w:val="95"/>
                <w:vertAlign w:val="superscript"/>
              </w:rPr>
              <w:t>ère</w:t>
            </w:r>
            <w:r>
              <w:rPr>
                <w:b/>
                <w:w w:val="95"/>
              </w:rPr>
              <w:t xml:space="preserve"> inscription – de 10 ans)</w:t>
            </w:r>
          </w:p>
          <w:p w14:paraId="2A699CFA" w14:textId="77777777" w:rsidR="00A32E37" w:rsidRDefault="00A32E37" w:rsidP="00CC07DB">
            <w:pPr>
              <w:pStyle w:val="TableParagraph"/>
              <w:spacing w:line="247" w:lineRule="auto"/>
              <w:ind w:right="2104"/>
              <w:rPr>
                <w:b/>
                <w:spacing w:val="-17"/>
                <w:w w:val="95"/>
              </w:rPr>
            </w:pPr>
            <w:r>
              <w:rPr>
                <w:b/>
                <w:spacing w:val="-37"/>
                <w:w w:val="95"/>
              </w:rPr>
              <w:t xml:space="preserve">                                                         </w:t>
            </w:r>
            <w:r>
              <w:rPr>
                <w:rFonts w:ascii="Wingdings" w:hAnsi="Wingdings"/>
                <w:w w:val="95"/>
              </w:rPr>
              <w:t></w:t>
            </w:r>
            <w:r>
              <w:rPr>
                <w:rFonts w:ascii="Times New Roman" w:hAnsi="Times New Roman"/>
                <w:spacing w:val="-22"/>
                <w:w w:val="95"/>
              </w:rPr>
              <w:t xml:space="preserve"> </w:t>
            </w:r>
            <w:r>
              <w:rPr>
                <w:b/>
                <w:w w:val="95"/>
              </w:rPr>
              <w:t>-</w:t>
            </w:r>
            <w:r>
              <w:rPr>
                <w:b/>
                <w:spacing w:val="-38"/>
                <w:w w:val="95"/>
              </w:rPr>
              <w:t xml:space="preserve"> </w:t>
            </w:r>
            <w:r>
              <w:rPr>
                <w:b/>
                <w:w w:val="95"/>
              </w:rPr>
              <w:t>30</w:t>
            </w:r>
            <w:r>
              <w:rPr>
                <w:b/>
                <w:spacing w:val="-36"/>
                <w:w w:val="95"/>
              </w:rPr>
              <w:t xml:space="preserve"> </w:t>
            </w:r>
            <w:r>
              <w:rPr>
                <w:b/>
                <w:spacing w:val="-17"/>
                <w:w w:val="95"/>
              </w:rPr>
              <w:t>€ (2</w:t>
            </w:r>
            <w:r w:rsidRPr="00D07D45">
              <w:rPr>
                <w:b/>
                <w:spacing w:val="-17"/>
                <w:w w:val="95"/>
                <w:vertAlign w:val="superscript"/>
              </w:rPr>
              <w:t>ème</w:t>
            </w:r>
            <w:r>
              <w:rPr>
                <w:b/>
                <w:spacing w:val="-17"/>
                <w:w w:val="95"/>
              </w:rPr>
              <w:t xml:space="preserve"> membre) </w:t>
            </w:r>
          </w:p>
          <w:p w14:paraId="30B7E881" w14:textId="77777777" w:rsidR="00A32E37" w:rsidRDefault="00A32E37" w:rsidP="00CC07DB">
            <w:pPr>
              <w:pStyle w:val="TableParagraph"/>
              <w:spacing w:line="247" w:lineRule="auto"/>
              <w:ind w:right="2104"/>
              <w:rPr>
                <w:b/>
              </w:rPr>
            </w:pPr>
            <w:r>
              <w:rPr>
                <w:b/>
                <w:spacing w:val="-17"/>
                <w:w w:val="95"/>
              </w:rPr>
              <w:t xml:space="preserve">                                </w:t>
            </w:r>
            <w:r>
              <w:rPr>
                <w:b/>
                <w:spacing w:val="-37"/>
                <w:w w:val="95"/>
              </w:rPr>
              <w:t xml:space="preserve"> </w:t>
            </w:r>
            <w:r>
              <w:rPr>
                <w:rFonts w:ascii="Wingdings" w:hAnsi="Wingdings"/>
                <w:w w:val="95"/>
              </w:rPr>
              <w:t></w:t>
            </w:r>
            <w:r>
              <w:rPr>
                <w:rFonts w:ascii="Times New Roman" w:hAnsi="Times New Roman"/>
                <w:spacing w:val="-22"/>
                <w:w w:val="95"/>
              </w:rPr>
              <w:t xml:space="preserve"> </w:t>
            </w:r>
            <w:r>
              <w:rPr>
                <w:b/>
                <w:w w:val="95"/>
              </w:rPr>
              <w:t>-</w:t>
            </w:r>
            <w:r>
              <w:rPr>
                <w:b/>
                <w:spacing w:val="-38"/>
                <w:w w:val="95"/>
              </w:rPr>
              <w:t xml:space="preserve"> </w:t>
            </w:r>
            <w:r>
              <w:rPr>
                <w:b/>
                <w:w w:val="95"/>
              </w:rPr>
              <w:t>40</w:t>
            </w:r>
            <w:r>
              <w:rPr>
                <w:b/>
                <w:spacing w:val="-36"/>
                <w:w w:val="95"/>
              </w:rPr>
              <w:t xml:space="preserve"> </w:t>
            </w:r>
            <w:r>
              <w:rPr>
                <w:b/>
                <w:spacing w:val="-17"/>
                <w:w w:val="95"/>
              </w:rPr>
              <w:t>€ (3</w:t>
            </w:r>
            <w:r w:rsidRPr="00D07D45">
              <w:rPr>
                <w:b/>
                <w:spacing w:val="-17"/>
                <w:w w:val="95"/>
                <w:vertAlign w:val="superscript"/>
              </w:rPr>
              <w:t>ème</w:t>
            </w:r>
            <w:r>
              <w:rPr>
                <w:b/>
                <w:spacing w:val="-17"/>
                <w:w w:val="95"/>
              </w:rPr>
              <w:t xml:space="preserve"> membre)</w:t>
            </w:r>
          </w:p>
          <w:p w14:paraId="1A5F73DC" w14:textId="77777777" w:rsidR="00A32E37" w:rsidRDefault="00A32E37" w:rsidP="00CC07DB">
            <w:pPr>
              <w:pStyle w:val="TableParagraph"/>
              <w:spacing w:before="9" w:line="254" w:lineRule="auto"/>
              <w:ind w:right="2104"/>
              <w:rPr>
                <w:b/>
                <w:w w:val="90"/>
              </w:rPr>
            </w:pPr>
            <w:r w:rsidRPr="00364E08">
              <w:rPr>
                <w:b/>
                <w:w w:val="90"/>
                <w:u w:val="single"/>
              </w:rPr>
              <w:t>Réduction</w:t>
            </w:r>
            <w:r w:rsidRPr="00364E08">
              <w:rPr>
                <w:b/>
                <w:spacing w:val="-20"/>
                <w:w w:val="90"/>
                <w:u w:val="single"/>
              </w:rPr>
              <w:t xml:space="preserve"> </w:t>
            </w:r>
            <w:r w:rsidRPr="00364E08">
              <w:rPr>
                <w:b/>
                <w:w w:val="90"/>
                <w:u w:val="single"/>
              </w:rPr>
              <w:t>étudiant</w:t>
            </w:r>
            <w:r>
              <w:rPr>
                <w:b/>
                <w:spacing w:val="-19"/>
                <w:w w:val="90"/>
              </w:rPr>
              <w:t xml:space="preserve"> </w:t>
            </w:r>
            <w:r>
              <w:rPr>
                <w:b/>
                <w:w w:val="90"/>
              </w:rPr>
              <w:t>(justif</w:t>
            </w:r>
            <w:r>
              <w:rPr>
                <w:b/>
                <w:spacing w:val="-20"/>
                <w:w w:val="90"/>
              </w:rPr>
              <w:t xml:space="preserve"> </w:t>
            </w:r>
            <w:r>
              <w:rPr>
                <w:b/>
                <w:w w:val="90"/>
              </w:rPr>
              <w:t>obligatoire, uniquement études après le bac)</w:t>
            </w:r>
            <w:r>
              <w:rPr>
                <w:b/>
                <w:spacing w:val="-18"/>
                <w:w w:val="90"/>
              </w:rPr>
              <w:t xml:space="preserve"> </w:t>
            </w:r>
            <w:r>
              <w:rPr>
                <w:b/>
                <w:w w:val="90"/>
              </w:rPr>
              <w:t>:</w:t>
            </w:r>
            <w:r>
              <w:rPr>
                <w:b/>
                <w:spacing w:val="-18"/>
                <w:w w:val="90"/>
              </w:rPr>
              <w:t xml:space="preserve"> </w:t>
            </w:r>
            <w:r>
              <w:rPr>
                <w:rFonts w:ascii="Wingdings" w:hAnsi="Wingdings"/>
                <w:w w:val="90"/>
              </w:rPr>
              <w:t></w:t>
            </w:r>
            <w:r>
              <w:rPr>
                <w:rFonts w:ascii="Times New Roman" w:hAnsi="Times New Roman"/>
                <w:spacing w:val="-2"/>
                <w:w w:val="90"/>
              </w:rPr>
              <w:t xml:space="preserve"> </w:t>
            </w:r>
            <w:r>
              <w:rPr>
                <w:b/>
                <w:w w:val="90"/>
              </w:rPr>
              <w:t>-</w:t>
            </w:r>
            <w:r>
              <w:rPr>
                <w:b/>
                <w:spacing w:val="-20"/>
                <w:w w:val="90"/>
              </w:rPr>
              <w:t xml:space="preserve"> </w:t>
            </w:r>
            <w:r>
              <w:rPr>
                <w:b/>
                <w:w w:val="90"/>
              </w:rPr>
              <w:t>20</w:t>
            </w:r>
            <w:r>
              <w:rPr>
                <w:b/>
                <w:spacing w:val="-19"/>
                <w:w w:val="90"/>
              </w:rPr>
              <w:t xml:space="preserve"> </w:t>
            </w:r>
            <w:r>
              <w:rPr>
                <w:b/>
                <w:w w:val="90"/>
              </w:rPr>
              <w:t>€</w:t>
            </w:r>
          </w:p>
          <w:p w14:paraId="74EE3852" w14:textId="77777777" w:rsidR="00A32E37" w:rsidRPr="00A32E37" w:rsidRDefault="00A32E37" w:rsidP="00A32E37">
            <w:pPr>
              <w:pStyle w:val="TableParagraph"/>
              <w:spacing w:before="9" w:line="254" w:lineRule="auto"/>
              <w:ind w:right="2104"/>
              <w:jc w:val="both"/>
              <w:rPr>
                <w:b/>
                <w:w w:val="90"/>
              </w:rPr>
            </w:pPr>
            <w:r w:rsidRPr="00364E08">
              <w:rPr>
                <w:b/>
                <w:w w:val="90"/>
                <w:u w:val="single"/>
              </w:rPr>
              <w:t>Pass Sport</w:t>
            </w:r>
            <w:r>
              <w:rPr>
                <w:b/>
                <w:w w:val="90"/>
              </w:rPr>
              <w:t xml:space="preserve">         </w:t>
            </w:r>
            <w:r>
              <w:rPr>
                <w:rFonts w:ascii="Wingdings" w:hAnsi="Wingdings"/>
                <w:w w:val="90"/>
                <w:sz w:val="24"/>
              </w:rPr>
              <w:t></w:t>
            </w:r>
            <w:r>
              <w:rPr>
                <w:rFonts w:ascii="Times New Roman" w:hAnsi="Times New Roman"/>
                <w:spacing w:val="-6"/>
                <w:w w:val="90"/>
                <w:sz w:val="24"/>
              </w:rPr>
              <w:t xml:space="preserve"> </w:t>
            </w:r>
            <w:r>
              <w:rPr>
                <w:w w:val="90"/>
                <w:sz w:val="24"/>
              </w:rPr>
              <w:t>-</w:t>
            </w:r>
            <w:r>
              <w:rPr>
                <w:b/>
                <w:w w:val="90"/>
              </w:rPr>
              <w:t>70</w:t>
            </w:r>
            <w:r>
              <w:rPr>
                <w:b/>
                <w:spacing w:val="-21"/>
                <w:w w:val="90"/>
              </w:rPr>
              <w:t xml:space="preserve"> </w:t>
            </w:r>
            <w:r>
              <w:rPr>
                <w:b/>
                <w:w w:val="90"/>
              </w:rPr>
              <w:t xml:space="preserve">€ </w:t>
            </w:r>
            <w:r w:rsidRPr="00A32E37">
              <w:rPr>
                <w:b/>
                <w:w w:val="90"/>
              </w:rPr>
              <w:t xml:space="preserve">En cas de non présentation du justificatif </w:t>
            </w:r>
            <w:r w:rsidRPr="00A32E37">
              <w:rPr>
                <w:b/>
                <w:color w:val="EE0000"/>
                <w:w w:val="90"/>
              </w:rPr>
              <w:t>le jour de l’inscription</w:t>
            </w:r>
            <w:r w:rsidRPr="00A32E37">
              <w:rPr>
                <w:b/>
                <w:w w:val="90"/>
              </w:rPr>
              <w:t>, un chèque de 70€ vous sera demandé. Il sera encaissé en janvier en cas de non présentation du justificatif.</w:t>
            </w:r>
          </w:p>
          <w:p w14:paraId="272C1770" w14:textId="71F38764" w:rsidR="00A32E37" w:rsidRPr="00A32E37" w:rsidRDefault="00A32E37" w:rsidP="00A32E37">
            <w:pPr>
              <w:pStyle w:val="TableParagraph"/>
              <w:spacing w:before="9" w:line="254" w:lineRule="auto"/>
              <w:ind w:right="2104"/>
              <w:jc w:val="both"/>
              <w:rPr>
                <w:b/>
                <w:w w:val="90"/>
              </w:rPr>
            </w:pPr>
            <w:r w:rsidRPr="00A32E37">
              <w:rPr>
                <w:b/>
                <w:w w:val="90"/>
              </w:rPr>
              <w:t>Bourse Licence ville de Strasbourg -80 euros. Le justificatif doit être présenté lors de l’inscription.</w:t>
            </w:r>
          </w:p>
          <w:p w14:paraId="7F48CEA2" w14:textId="77777777" w:rsidR="00A32E37" w:rsidRDefault="00A32E37" w:rsidP="00CC07DB">
            <w:pPr>
              <w:pStyle w:val="TableParagraph"/>
              <w:spacing w:before="9" w:line="254" w:lineRule="auto"/>
              <w:ind w:right="2104"/>
              <w:rPr>
                <w:b/>
                <w:w w:val="90"/>
              </w:rPr>
            </w:pPr>
          </w:p>
          <w:p w14:paraId="37CF4569" w14:textId="77777777" w:rsidR="00A32E37" w:rsidRPr="00A32E37" w:rsidRDefault="00A32E37" w:rsidP="00CC07DB">
            <w:pPr>
              <w:pStyle w:val="TableParagraph"/>
              <w:spacing w:before="9" w:line="254" w:lineRule="auto"/>
              <w:ind w:right="2104"/>
              <w:rPr>
                <w:b/>
                <w:w w:val="90"/>
                <w:sz w:val="24"/>
                <w:szCs w:val="24"/>
                <w:u w:val="single"/>
              </w:rPr>
            </w:pPr>
            <w:r w:rsidRPr="00A32E37">
              <w:rPr>
                <w:b/>
                <w:w w:val="90"/>
                <w:sz w:val="24"/>
                <w:szCs w:val="24"/>
                <w:u w:val="single"/>
              </w:rPr>
              <w:t>Pour les anciens licenciés :</w:t>
            </w:r>
          </w:p>
          <w:p w14:paraId="25A6ABA2" w14:textId="77777777" w:rsidR="00A32E37" w:rsidRDefault="00A32E37" w:rsidP="00CC07DB">
            <w:pPr>
              <w:pStyle w:val="TableParagraph"/>
              <w:spacing w:before="9" w:line="254" w:lineRule="auto"/>
              <w:ind w:right="2104"/>
              <w:rPr>
                <w:b/>
                <w:w w:val="90"/>
              </w:rPr>
            </w:pPr>
          </w:p>
          <w:p w14:paraId="06131B34" w14:textId="05A68288" w:rsidR="00A32E37" w:rsidRDefault="00A32E37" w:rsidP="00CC07DB">
            <w:pPr>
              <w:pStyle w:val="TableParagraph"/>
              <w:spacing w:line="247" w:lineRule="auto"/>
              <w:ind w:right="2104"/>
              <w:rPr>
                <w:b/>
                <w:spacing w:val="-17"/>
                <w:w w:val="95"/>
              </w:rPr>
            </w:pPr>
            <w:r>
              <w:rPr>
                <w:b/>
                <w:w w:val="90"/>
              </w:rPr>
              <w:t>Préinscription à déduire</w:t>
            </w:r>
            <w:r>
              <w:rPr>
                <w:b/>
                <w:spacing w:val="-37"/>
                <w:w w:val="95"/>
              </w:rPr>
              <w:t xml:space="preserve">         </w:t>
            </w:r>
            <w:r>
              <w:rPr>
                <w:rFonts w:ascii="Wingdings" w:hAnsi="Wingdings"/>
                <w:w w:val="95"/>
              </w:rPr>
              <w:t></w:t>
            </w:r>
            <w:r>
              <w:rPr>
                <w:rFonts w:ascii="Times New Roman" w:hAnsi="Times New Roman"/>
                <w:spacing w:val="-22"/>
                <w:w w:val="95"/>
              </w:rPr>
              <w:t xml:space="preserve"> </w:t>
            </w:r>
            <w:r>
              <w:rPr>
                <w:b/>
                <w:w w:val="95"/>
              </w:rPr>
              <w:t>-</w:t>
            </w:r>
            <w:r>
              <w:rPr>
                <w:b/>
                <w:spacing w:val="-38"/>
                <w:w w:val="95"/>
              </w:rPr>
              <w:t xml:space="preserve"> </w:t>
            </w:r>
            <w:r>
              <w:rPr>
                <w:b/>
                <w:w w:val="95"/>
              </w:rPr>
              <w:t>70</w:t>
            </w:r>
            <w:r>
              <w:rPr>
                <w:b/>
                <w:spacing w:val="-36"/>
                <w:w w:val="95"/>
              </w:rPr>
              <w:t xml:space="preserve"> </w:t>
            </w:r>
            <w:r>
              <w:rPr>
                <w:b/>
                <w:spacing w:val="-17"/>
                <w:w w:val="95"/>
              </w:rPr>
              <w:t xml:space="preserve">€ </w:t>
            </w:r>
          </w:p>
          <w:p w14:paraId="260759F5" w14:textId="36FDF336" w:rsidR="00A32E37" w:rsidRDefault="00A32E37" w:rsidP="00CC07DB">
            <w:pPr>
              <w:pStyle w:val="TableParagraph"/>
              <w:spacing w:line="247" w:lineRule="auto"/>
              <w:ind w:right="2104"/>
              <w:rPr>
                <w:b/>
                <w:spacing w:val="-17"/>
                <w:w w:val="95"/>
              </w:rPr>
            </w:pPr>
            <w:r>
              <w:rPr>
                <w:b/>
                <w:spacing w:val="-17"/>
                <w:w w:val="95"/>
              </w:rPr>
              <w:t>Réduction préinscription faite avant le 18 aout 2026</w:t>
            </w:r>
            <w:r>
              <w:rPr>
                <w:b/>
                <w:spacing w:val="-37"/>
                <w:w w:val="95"/>
              </w:rPr>
              <w:t xml:space="preserve">       </w:t>
            </w:r>
            <w:r>
              <w:rPr>
                <w:rFonts w:ascii="Wingdings" w:hAnsi="Wingdings"/>
                <w:w w:val="95"/>
              </w:rPr>
              <w:t></w:t>
            </w:r>
            <w:r>
              <w:rPr>
                <w:rFonts w:ascii="Times New Roman" w:hAnsi="Times New Roman"/>
                <w:spacing w:val="-22"/>
                <w:w w:val="95"/>
              </w:rPr>
              <w:t xml:space="preserve"> </w:t>
            </w:r>
            <w:r>
              <w:rPr>
                <w:b/>
                <w:w w:val="95"/>
              </w:rPr>
              <w:t>-</w:t>
            </w:r>
            <w:r>
              <w:rPr>
                <w:b/>
                <w:spacing w:val="-38"/>
                <w:w w:val="95"/>
              </w:rPr>
              <w:t xml:space="preserve"> </w:t>
            </w:r>
            <w:r>
              <w:rPr>
                <w:b/>
                <w:w w:val="95"/>
              </w:rPr>
              <w:t>20</w:t>
            </w:r>
            <w:r>
              <w:rPr>
                <w:b/>
                <w:spacing w:val="-36"/>
                <w:w w:val="95"/>
              </w:rPr>
              <w:t xml:space="preserve"> </w:t>
            </w:r>
            <w:r>
              <w:rPr>
                <w:b/>
                <w:spacing w:val="-17"/>
                <w:w w:val="95"/>
              </w:rPr>
              <w:t xml:space="preserve">€ </w:t>
            </w:r>
          </w:p>
          <w:p w14:paraId="6961CF99" w14:textId="77777777" w:rsidR="00A32E37" w:rsidRDefault="00A32E37" w:rsidP="00CC07DB">
            <w:pPr>
              <w:pStyle w:val="TableParagraph"/>
              <w:spacing w:before="9" w:line="254" w:lineRule="auto"/>
              <w:ind w:left="357" w:right="2104" w:hanging="41"/>
              <w:rPr>
                <w:b/>
              </w:rPr>
            </w:pPr>
          </w:p>
          <w:p w14:paraId="68661C36" w14:textId="77777777" w:rsidR="00A32E37" w:rsidRDefault="00A32E37" w:rsidP="00CC07DB">
            <w:pPr>
              <w:pStyle w:val="TableParagraph"/>
              <w:tabs>
                <w:tab w:val="left" w:leader="dot" w:pos="3857"/>
              </w:tabs>
              <w:spacing w:before="124"/>
              <w:ind w:left="14"/>
              <w:rPr>
                <w:b/>
              </w:rPr>
            </w:pPr>
            <w:r>
              <w:rPr>
                <w:b/>
                <w:w w:val="95"/>
              </w:rPr>
              <w:t>TOTAL</w:t>
            </w:r>
            <w:r>
              <w:rPr>
                <w:b/>
                <w:spacing w:val="-39"/>
                <w:w w:val="95"/>
              </w:rPr>
              <w:t xml:space="preserve"> </w:t>
            </w:r>
            <w:r>
              <w:rPr>
                <w:b/>
                <w:w w:val="95"/>
              </w:rPr>
              <w:t>A</w:t>
            </w:r>
            <w:r>
              <w:rPr>
                <w:b/>
                <w:spacing w:val="-38"/>
                <w:w w:val="95"/>
              </w:rPr>
              <w:t xml:space="preserve"> </w:t>
            </w:r>
            <w:r>
              <w:rPr>
                <w:b/>
                <w:w w:val="95"/>
              </w:rPr>
              <w:t>DEDUIRE ………………………………….</w:t>
            </w:r>
            <w:r>
              <w:rPr>
                <w:b/>
              </w:rPr>
              <w:t>€</w:t>
            </w:r>
          </w:p>
          <w:p w14:paraId="30553895" w14:textId="77777777" w:rsidR="00A32E37" w:rsidRDefault="00A32E37" w:rsidP="00CC07DB">
            <w:pPr>
              <w:pStyle w:val="TableParagraph"/>
              <w:tabs>
                <w:tab w:val="left" w:leader="dot" w:pos="3857"/>
              </w:tabs>
              <w:spacing w:before="124"/>
              <w:rPr>
                <w:b/>
              </w:rPr>
            </w:pPr>
            <w:r>
              <w:rPr>
                <w:b/>
              </w:rPr>
              <w:t>TOTAL A REGLER ……………………………  €</w:t>
            </w:r>
          </w:p>
          <w:p w14:paraId="5068745C" w14:textId="77777777" w:rsidR="00A32E37" w:rsidRDefault="00A32E37" w:rsidP="00CC07DB">
            <w:pPr>
              <w:pStyle w:val="TableParagraph"/>
              <w:tabs>
                <w:tab w:val="left" w:leader="dot" w:pos="3857"/>
              </w:tabs>
              <w:spacing w:before="124"/>
              <w:rPr>
                <w:b/>
              </w:rPr>
            </w:pPr>
          </w:p>
        </w:tc>
      </w:tr>
    </w:tbl>
    <w:p w14:paraId="3EA0EE7D" w14:textId="77777777" w:rsidR="009A5D0B" w:rsidRPr="00A57C74" w:rsidRDefault="009A5D0B" w:rsidP="00C636CB">
      <w:pPr>
        <w:ind w:left="-1417"/>
        <w:jc w:val="center"/>
        <w:rPr>
          <w:rFonts w:ascii="Arial" w:hAnsi="Arial"/>
          <w:b/>
          <w:bCs/>
          <w:lang w:val="fr-FR"/>
        </w:rPr>
      </w:pPr>
    </w:p>
    <w:p w14:paraId="67035C11" w14:textId="77777777" w:rsidR="00FD0C76" w:rsidRDefault="00FD0C76" w:rsidP="00C636CB">
      <w:pPr>
        <w:pStyle w:val="TableParagraph"/>
        <w:spacing w:line="293" w:lineRule="exact"/>
        <w:ind w:left="-340"/>
        <w:rPr>
          <w:rFonts w:ascii="Arial" w:hAnsi="Arial" w:cs="Arial"/>
          <w:b/>
          <w:color w:val="EE0000"/>
          <w:sz w:val="16"/>
          <w:szCs w:val="16"/>
        </w:rPr>
      </w:pPr>
    </w:p>
    <w:p w14:paraId="3A15728C" w14:textId="77777777" w:rsidR="00C636CB" w:rsidRDefault="00C636CB" w:rsidP="00C636CB">
      <w:pPr>
        <w:pStyle w:val="TableParagraph"/>
        <w:spacing w:line="293" w:lineRule="exact"/>
        <w:rPr>
          <w:rFonts w:ascii="Arial" w:hAnsi="Arial" w:cs="Arial"/>
          <w:b/>
          <w:color w:val="EE0000"/>
          <w:sz w:val="16"/>
          <w:szCs w:val="16"/>
        </w:rPr>
      </w:pPr>
    </w:p>
    <w:p w14:paraId="10C61BAA" w14:textId="77777777" w:rsidR="009A5D0B" w:rsidRDefault="009A5D0B" w:rsidP="00C636CB">
      <w:pPr>
        <w:pStyle w:val="TableParagraph"/>
        <w:spacing w:line="293" w:lineRule="exact"/>
        <w:rPr>
          <w:rFonts w:ascii="Arial" w:hAnsi="Arial" w:cs="Arial"/>
          <w:b/>
          <w:color w:val="EE0000"/>
          <w:sz w:val="16"/>
          <w:szCs w:val="16"/>
        </w:rPr>
      </w:pPr>
    </w:p>
    <w:p w14:paraId="16DF2976" w14:textId="77777777" w:rsidR="00FD0C76" w:rsidRDefault="00FD0C76" w:rsidP="00C636CB">
      <w:pPr>
        <w:pStyle w:val="TableParagraph"/>
        <w:spacing w:line="293" w:lineRule="exact"/>
        <w:rPr>
          <w:rFonts w:ascii="Arial" w:hAnsi="Arial" w:cs="Arial"/>
          <w:b/>
          <w:color w:val="EE0000"/>
          <w:sz w:val="16"/>
          <w:szCs w:val="16"/>
        </w:rPr>
      </w:pPr>
    </w:p>
    <w:p w14:paraId="483C8956" w14:textId="77777777" w:rsidR="00FD0C76" w:rsidRDefault="00FD0C76" w:rsidP="00C636CB">
      <w:pPr>
        <w:pStyle w:val="TableParagraph"/>
        <w:spacing w:line="293" w:lineRule="exact"/>
        <w:rPr>
          <w:rFonts w:ascii="Arial" w:hAnsi="Arial" w:cs="Arial"/>
          <w:b/>
          <w:color w:val="EE0000"/>
          <w:sz w:val="16"/>
          <w:szCs w:val="16"/>
        </w:rPr>
      </w:pPr>
    </w:p>
    <w:p w14:paraId="6332E7AC" w14:textId="77777777" w:rsidR="00FD0C76" w:rsidRDefault="00FD0C76" w:rsidP="00C636CB">
      <w:pPr>
        <w:pStyle w:val="TableParagraph"/>
        <w:spacing w:line="293" w:lineRule="exact"/>
        <w:rPr>
          <w:rFonts w:ascii="Arial" w:hAnsi="Arial" w:cs="Arial"/>
          <w:b/>
          <w:color w:val="EE0000"/>
          <w:sz w:val="16"/>
          <w:szCs w:val="16"/>
        </w:rPr>
      </w:pPr>
    </w:p>
    <w:p w14:paraId="07ADFAEF" w14:textId="77777777" w:rsidR="00FD0C76" w:rsidRDefault="00FD0C76" w:rsidP="00C636CB">
      <w:pPr>
        <w:pStyle w:val="TableParagraph"/>
        <w:spacing w:line="293" w:lineRule="exact"/>
        <w:rPr>
          <w:rFonts w:ascii="Arial" w:hAnsi="Arial" w:cs="Arial"/>
          <w:b/>
          <w:color w:val="EE0000"/>
          <w:sz w:val="16"/>
          <w:szCs w:val="16"/>
        </w:rPr>
      </w:pPr>
    </w:p>
    <w:p w14:paraId="46AB13E5" w14:textId="77777777" w:rsidR="009A5D0B" w:rsidRPr="00C636CB" w:rsidRDefault="009A5D0B" w:rsidP="00C636CB">
      <w:pPr>
        <w:pStyle w:val="TableParagraph"/>
        <w:spacing w:line="293" w:lineRule="exact"/>
        <w:rPr>
          <w:rFonts w:ascii="Arial" w:hAnsi="Arial" w:cs="Arial"/>
          <w:b/>
          <w:color w:val="EE0000"/>
          <w:sz w:val="16"/>
          <w:szCs w:val="16"/>
        </w:rPr>
      </w:pPr>
    </w:p>
    <w:tbl>
      <w:tblPr>
        <w:tblStyle w:val="Grilledutableau"/>
        <w:tblW w:w="11420" w:type="dxa"/>
        <w:tblInd w:w="-1247" w:type="dxa"/>
        <w:tblLook w:val="04A0" w:firstRow="1" w:lastRow="0" w:firstColumn="1" w:lastColumn="0" w:noHBand="0" w:noVBand="1"/>
      </w:tblPr>
      <w:tblGrid>
        <w:gridCol w:w="11420"/>
      </w:tblGrid>
      <w:tr w:rsidR="008234B8" w:rsidRPr="00F5664C" w14:paraId="11E1F94F" w14:textId="77777777" w:rsidTr="008234B8">
        <w:tc>
          <w:tcPr>
            <w:tcW w:w="11420" w:type="dxa"/>
            <w:shd w:val="clear" w:color="auto" w:fill="8DB3E2" w:themeFill="text2" w:themeFillTint="66"/>
          </w:tcPr>
          <w:p w14:paraId="525B4139" w14:textId="41C73555" w:rsidR="008234B8" w:rsidRPr="00A57C74" w:rsidRDefault="008234B8" w:rsidP="00A32E37">
            <w:pPr>
              <w:pStyle w:val="TableParagraph"/>
              <w:spacing w:line="319" w:lineRule="exact"/>
              <w:ind w:left="222" w:right="206"/>
              <w:jc w:val="center"/>
              <w:rPr>
                <w:rFonts w:asciiTheme="majorHAnsi" w:hAnsiTheme="majorHAnsi" w:cstheme="majorHAnsi"/>
              </w:rPr>
            </w:pPr>
            <w:r w:rsidRPr="00A32E37">
              <w:rPr>
                <w:b/>
                <w:sz w:val="24"/>
                <w:szCs w:val="24"/>
              </w:rPr>
              <w:t>INFORMATIONS IMPORTANTES A LIRE ATTENTIVEMENT</w:t>
            </w:r>
          </w:p>
        </w:tc>
      </w:tr>
      <w:tr w:rsidR="008234B8" w:rsidRPr="00F5664C" w14:paraId="43A5CAC3" w14:textId="77777777" w:rsidTr="008234B8">
        <w:tc>
          <w:tcPr>
            <w:tcW w:w="11420" w:type="dxa"/>
          </w:tcPr>
          <w:p w14:paraId="55F5E56A" w14:textId="4D336022" w:rsidR="008234B8" w:rsidRPr="00A32E37" w:rsidRDefault="008234B8" w:rsidP="008234B8">
            <w:pPr>
              <w:pStyle w:val="TableParagraph"/>
              <w:numPr>
                <w:ilvl w:val="0"/>
                <w:numId w:val="13"/>
              </w:numPr>
              <w:tabs>
                <w:tab w:val="left" w:leader="dot" w:pos="3864"/>
              </w:tabs>
              <w:spacing w:before="116"/>
              <w:rPr>
                <w:b/>
              </w:rPr>
            </w:pPr>
            <w:r w:rsidRPr="00A32E37">
              <w:rPr>
                <w:b/>
              </w:rPr>
              <w:t xml:space="preserve">Tout changement de niveau ou ajout d’heures d’entraînement donnera lieu à une modification du tarif, </w:t>
            </w:r>
            <w:r w:rsidRPr="00A32E37">
              <w:rPr>
                <w:bCs/>
              </w:rPr>
              <w:t>même sur proposition de l’entraîneur. La différence devra être réglée dès le second cours dans le nouveau créneau.</w:t>
            </w:r>
            <w:r w:rsidR="00B36B46" w:rsidRPr="00A32E37">
              <w:rPr>
                <w:bCs/>
              </w:rPr>
              <w:t xml:space="preserve"> En l’absence de règlement, le patineur ne pourra pas accéder au niveau supérieur.</w:t>
            </w:r>
          </w:p>
          <w:p w14:paraId="556EF690" w14:textId="77777777" w:rsidR="008234B8" w:rsidRPr="00D737F6" w:rsidRDefault="008234B8" w:rsidP="008234B8">
            <w:pPr>
              <w:pStyle w:val="TableParagraph"/>
              <w:numPr>
                <w:ilvl w:val="0"/>
                <w:numId w:val="13"/>
              </w:numPr>
              <w:tabs>
                <w:tab w:val="left" w:leader="dot" w:pos="3864"/>
              </w:tabs>
              <w:spacing w:before="116"/>
              <w:rPr>
                <w:rFonts w:asciiTheme="majorHAnsi" w:hAnsiTheme="majorHAnsi" w:cstheme="majorHAnsi"/>
                <w:bCs/>
                <w:sz w:val="20"/>
                <w:szCs w:val="20"/>
              </w:rPr>
            </w:pPr>
            <w:r w:rsidRPr="00A32E37">
              <w:rPr>
                <w:b/>
              </w:rPr>
              <w:t>Les informations sont transmises par mail et sur le groupe privé Facebook du club (CSGSA Strasbourg).</w:t>
            </w:r>
            <w:r w:rsidRPr="00D737F6">
              <w:rPr>
                <w:rFonts w:asciiTheme="majorHAnsi" w:hAnsiTheme="majorHAnsi" w:cstheme="majorHAnsi"/>
                <w:bCs/>
                <w:sz w:val="20"/>
                <w:szCs w:val="20"/>
              </w:rPr>
              <w:t xml:space="preserve"> </w:t>
            </w:r>
            <w:r w:rsidRPr="00A32E37">
              <w:rPr>
                <w:bCs/>
              </w:rPr>
              <w:t>Elles sont affichées à l’entrée club de la patinoire. Merci de veiller à renseigner une adresse mail valide, à consulter vos spams et le panneau d’affichage et de nous signaler rapidement tout problème.</w:t>
            </w:r>
          </w:p>
          <w:p w14:paraId="1D637D4F" w14:textId="77777777" w:rsidR="008234B8" w:rsidRPr="00A32E37" w:rsidRDefault="008234B8" w:rsidP="008234B8">
            <w:pPr>
              <w:pStyle w:val="TableParagraph"/>
              <w:numPr>
                <w:ilvl w:val="0"/>
                <w:numId w:val="13"/>
              </w:numPr>
              <w:tabs>
                <w:tab w:val="left" w:leader="dot" w:pos="3864"/>
              </w:tabs>
              <w:spacing w:before="116"/>
              <w:rPr>
                <w:b/>
              </w:rPr>
            </w:pPr>
            <w:r w:rsidRPr="00A32E37">
              <w:rPr>
                <w:bCs/>
              </w:rPr>
              <w:t xml:space="preserve">Les répétitions des galas faisant partie intégrante des cours, les licenciés ne souhaitant pas y participer pourront accéder à la glace sur leur créneau d’entrainement pour patiner </w:t>
            </w:r>
            <w:r w:rsidRPr="00A32E37">
              <w:rPr>
                <w:b/>
              </w:rPr>
              <w:t>en autonomie</w:t>
            </w:r>
            <w:r w:rsidRPr="00A32E37">
              <w:rPr>
                <w:bCs/>
              </w:rPr>
              <w:t xml:space="preserve"> en respectant les contraintes liées aux répétitions.</w:t>
            </w:r>
            <w:r w:rsidRPr="00D737F6">
              <w:rPr>
                <w:rFonts w:asciiTheme="majorHAnsi" w:hAnsiTheme="majorHAnsi" w:cstheme="majorHAnsi"/>
                <w:bCs/>
                <w:sz w:val="20"/>
                <w:szCs w:val="20"/>
              </w:rPr>
              <w:t xml:space="preserve"> </w:t>
            </w:r>
            <w:r w:rsidRPr="00A32E37">
              <w:rPr>
                <w:b/>
              </w:rPr>
              <w:t>Tout engagement au gala est définitif.</w:t>
            </w:r>
          </w:p>
          <w:p w14:paraId="22CA3D7E" w14:textId="515FBF0F" w:rsidR="008234B8" w:rsidRPr="00D737F6" w:rsidRDefault="008234B8" w:rsidP="008234B8">
            <w:pPr>
              <w:pStyle w:val="TableParagraph"/>
              <w:numPr>
                <w:ilvl w:val="0"/>
                <w:numId w:val="13"/>
              </w:numPr>
              <w:tabs>
                <w:tab w:val="left" w:leader="dot" w:pos="3864"/>
              </w:tabs>
              <w:spacing w:before="116"/>
              <w:rPr>
                <w:rFonts w:asciiTheme="majorHAnsi" w:hAnsiTheme="majorHAnsi" w:cstheme="majorHAnsi"/>
                <w:bCs/>
                <w:sz w:val="20"/>
                <w:szCs w:val="20"/>
                <w:u w:val="single"/>
              </w:rPr>
            </w:pPr>
            <w:r w:rsidRPr="00A32E37">
              <w:rPr>
                <w:bCs/>
              </w:rPr>
              <w:t>Les cours de danse sur glace du samedi matin et des adultes avancés du samedi matin font l’objet d’annulation lors des tournois de hockey en fin de saison. Un créneau d’entraînement supplémentaire est attribué à ces deux groupes le mercredi soir de 18h45 à 19h30 (de septembre à fin décembre pour la danse et à partir de janvier pour le groupe adultes avancés). En conséquence, il ne pourra être demandé aucune compensation lors de l’annulation de ces cours.</w:t>
            </w:r>
            <w:r w:rsidR="00B36B46">
              <w:rPr>
                <w:rFonts w:asciiTheme="majorHAnsi" w:hAnsiTheme="majorHAnsi" w:cstheme="majorHAnsi"/>
                <w:bCs/>
                <w:sz w:val="20"/>
                <w:szCs w:val="20"/>
              </w:rPr>
              <w:t xml:space="preserve"> </w:t>
            </w:r>
          </w:p>
        </w:tc>
      </w:tr>
    </w:tbl>
    <w:p w14:paraId="6D0C457C" w14:textId="77777777" w:rsidR="00A32E37" w:rsidRDefault="00A32E37" w:rsidP="00C636CB">
      <w:pPr>
        <w:tabs>
          <w:tab w:val="left" w:pos="6765"/>
        </w:tabs>
        <w:spacing w:before="58"/>
        <w:ind w:left="-1361"/>
        <w:jc w:val="both"/>
        <w:rPr>
          <w:rFonts w:cstheme="minorHAnsi"/>
          <w:b/>
          <w:w w:val="95"/>
          <w:sz w:val="24"/>
          <w:szCs w:val="24"/>
          <w:shd w:val="clear" w:color="auto" w:fill="FFFF00"/>
          <w:lang w:val="fr-FR"/>
        </w:rPr>
      </w:pPr>
    </w:p>
    <w:p w14:paraId="70EDE453" w14:textId="426E42D9" w:rsidR="00C636CB" w:rsidRPr="00A32E37" w:rsidRDefault="00C636CB" w:rsidP="00A32E37">
      <w:pPr>
        <w:widowControl w:val="0"/>
        <w:tabs>
          <w:tab w:val="left" w:pos="6765"/>
        </w:tabs>
        <w:autoSpaceDE w:val="0"/>
        <w:autoSpaceDN w:val="0"/>
        <w:spacing w:before="58" w:after="0" w:line="240" w:lineRule="auto"/>
        <w:ind w:left="-1134"/>
        <w:rPr>
          <w:rFonts w:ascii="Trebuchet MS" w:eastAsia="Trebuchet MS" w:hAnsi="Trebuchet MS" w:cs="Trebuchet MS"/>
          <w:b/>
          <w:w w:val="95"/>
          <w:shd w:val="clear" w:color="auto" w:fill="FFFF00"/>
          <w:lang w:val="fr-FR"/>
        </w:rPr>
      </w:pPr>
      <w:r w:rsidRPr="00A32E37">
        <w:rPr>
          <w:rFonts w:ascii="Trebuchet MS" w:eastAsia="Trebuchet MS" w:hAnsi="Trebuchet MS" w:cs="Trebuchet MS"/>
          <w:b/>
          <w:w w:val="95"/>
          <w:shd w:val="clear" w:color="auto" w:fill="FFFF00"/>
          <w:lang w:val="fr-FR"/>
        </w:rPr>
        <w:t>Date  et  mention  manuscrite « bon  pour  accord »  :</w:t>
      </w:r>
      <w:r w:rsidRPr="00A32E37">
        <w:rPr>
          <w:rFonts w:ascii="Trebuchet MS" w:eastAsia="Trebuchet MS" w:hAnsi="Trebuchet MS" w:cs="Trebuchet MS"/>
          <w:b/>
          <w:w w:val="95"/>
          <w:shd w:val="clear" w:color="auto" w:fill="FFFF00"/>
          <w:lang w:val="fr-FR"/>
        </w:rPr>
        <w:tab/>
        <w:t>Signature</w:t>
      </w:r>
      <w:r w:rsidR="00A32E37">
        <w:rPr>
          <w:rFonts w:ascii="Trebuchet MS" w:eastAsia="Trebuchet MS" w:hAnsi="Trebuchet MS" w:cs="Trebuchet MS"/>
          <w:b/>
          <w:w w:val="95"/>
          <w:shd w:val="clear" w:color="auto" w:fill="FFFF00"/>
          <w:lang w:val="fr-FR"/>
        </w:rPr>
        <w:t> :</w:t>
      </w:r>
    </w:p>
    <w:p w14:paraId="6993B9B7" w14:textId="77777777" w:rsidR="005F5BA3" w:rsidRDefault="005F5BA3" w:rsidP="00C636CB">
      <w:pPr>
        <w:tabs>
          <w:tab w:val="left" w:pos="6765"/>
        </w:tabs>
        <w:spacing w:before="58"/>
        <w:ind w:left="-1361"/>
        <w:jc w:val="both"/>
        <w:rPr>
          <w:rFonts w:cstheme="minorHAnsi"/>
          <w:b/>
          <w:sz w:val="24"/>
          <w:szCs w:val="24"/>
          <w:shd w:val="clear" w:color="auto" w:fill="FFFF00"/>
          <w:lang w:val="fr-FR"/>
        </w:rPr>
      </w:pPr>
    </w:p>
    <w:p w14:paraId="5861001B" w14:textId="77777777" w:rsidR="009864D4" w:rsidRDefault="009864D4" w:rsidP="00C636CB">
      <w:pPr>
        <w:tabs>
          <w:tab w:val="left" w:pos="6765"/>
        </w:tabs>
        <w:spacing w:before="58"/>
        <w:ind w:left="-1361"/>
        <w:jc w:val="both"/>
        <w:rPr>
          <w:rFonts w:cstheme="minorHAnsi"/>
          <w:b/>
          <w:sz w:val="24"/>
          <w:szCs w:val="24"/>
          <w:shd w:val="clear" w:color="auto" w:fill="FFFF00"/>
          <w:lang w:val="fr-FR"/>
        </w:rPr>
      </w:pPr>
    </w:p>
    <w:p w14:paraId="7261AF21" w14:textId="77777777" w:rsidR="009864D4" w:rsidRDefault="009864D4" w:rsidP="00C636CB">
      <w:pPr>
        <w:tabs>
          <w:tab w:val="left" w:pos="6765"/>
        </w:tabs>
        <w:spacing w:before="58"/>
        <w:ind w:left="-1361"/>
        <w:jc w:val="both"/>
        <w:rPr>
          <w:rFonts w:cstheme="minorHAnsi"/>
          <w:b/>
          <w:sz w:val="24"/>
          <w:szCs w:val="24"/>
          <w:shd w:val="clear" w:color="auto" w:fill="FFFF00"/>
          <w:lang w:val="fr-FR"/>
        </w:rPr>
      </w:pPr>
    </w:p>
    <w:tbl>
      <w:tblPr>
        <w:tblStyle w:val="TableNormal"/>
        <w:tblW w:w="1105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5"/>
        <w:gridCol w:w="3775"/>
        <w:gridCol w:w="3507"/>
      </w:tblGrid>
      <w:tr w:rsidR="009864D4" w14:paraId="4144A5E2" w14:textId="77777777" w:rsidTr="009864D4">
        <w:trPr>
          <w:trHeight w:val="267"/>
        </w:trPr>
        <w:tc>
          <w:tcPr>
            <w:tcW w:w="3775" w:type="dxa"/>
          </w:tcPr>
          <w:p w14:paraId="3F93B6D2" w14:textId="0F539010" w:rsidR="009864D4" w:rsidRDefault="009864D4" w:rsidP="00CC07DB">
            <w:pPr>
              <w:pStyle w:val="TableParagraph"/>
              <w:tabs>
                <w:tab w:val="left" w:pos="822"/>
                <w:tab w:val="left" w:pos="3770"/>
              </w:tabs>
              <w:spacing w:line="247" w:lineRule="exact"/>
              <w:ind w:left="4" w:right="-15"/>
              <w:rPr>
                <w:b/>
              </w:rPr>
            </w:pPr>
            <w:r>
              <w:rPr>
                <w:rFonts w:ascii="Times New Roman"/>
                <w:shd w:val="clear" w:color="auto" w:fill="BEBEBE"/>
              </w:rPr>
              <w:tab/>
            </w:r>
            <w:r>
              <w:rPr>
                <w:b/>
                <w:w w:val="90"/>
                <w:shd w:val="clear" w:color="auto" w:fill="BEBEBE"/>
              </w:rPr>
              <w:t>PARTIE RESERVEE</w:t>
            </w:r>
            <w:r>
              <w:rPr>
                <w:b/>
                <w:spacing w:val="-41"/>
                <w:w w:val="90"/>
                <w:shd w:val="clear" w:color="auto" w:fill="BEBEBE"/>
              </w:rPr>
              <w:t xml:space="preserve"> </w:t>
            </w:r>
            <w:r>
              <w:rPr>
                <w:b/>
                <w:w w:val="90"/>
                <w:shd w:val="clear" w:color="auto" w:fill="BEBEBE"/>
              </w:rPr>
              <w:t>CLUB</w:t>
            </w:r>
            <w:r>
              <w:rPr>
                <w:b/>
                <w:shd w:val="clear" w:color="auto" w:fill="BEBEBE"/>
              </w:rPr>
              <w:tab/>
            </w:r>
          </w:p>
        </w:tc>
        <w:tc>
          <w:tcPr>
            <w:tcW w:w="3775" w:type="dxa"/>
          </w:tcPr>
          <w:p w14:paraId="20D95CE0" w14:textId="77777777" w:rsidR="009864D4" w:rsidRDefault="009864D4" w:rsidP="00CC07DB">
            <w:pPr>
              <w:pStyle w:val="TableParagraph"/>
              <w:spacing w:line="247" w:lineRule="exact"/>
              <w:ind w:left="116"/>
              <w:rPr>
                <w:b/>
              </w:rPr>
            </w:pPr>
            <w:r>
              <w:rPr>
                <w:b/>
                <w:w w:val="95"/>
              </w:rPr>
              <w:t>N° LICENCE</w:t>
            </w:r>
          </w:p>
        </w:tc>
        <w:tc>
          <w:tcPr>
            <w:tcW w:w="3507" w:type="dxa"/>
          </w:tcPr>
          <w:p w14:paraId="4DCCB4E5" w14:textId="77777777" w:rsidR="009864D4" w:rsidRDefault="009864D4" w:rsidP="00CC07DB">
            <w:pPr>
              <w:pStyle w:val="TableParagraph"/>
              <w:spacing w:line="247" w:lineRule="exact"/>
              <w:ind w:left="116"/>
              <w:rPr>
                <w:b/>
              </w:rPr>
            </w:pPr>
            <w:r>
              <w:rPr>
                <w:b/>
              </w:rPr>
              <w:t>DATE SAISIE</w:t>
            </w:r>
          </w:p>
        </w:tc>
      </w:tr>
      <w:tr w:rsidR="009864D4" w14:paraId="0979EF64" w14:textId="77777777" w:rsidTr="009864D4">
        <w:trPr>
          <w:trHeight w:val="275"/>
        </w:trPr>
        <w:tc>
          <w:tcPr>
            <w:tcW w:w="3775" w:type="dxa"/>
          </w:tcPr>
          <w:p w14:paraId="019CB023" w14:textId="77777777" w:rsidR="009864D4" w:rsidRDefault="009864D4" w:rsidP="00CC07DB">
            <w:pPr>
              <w:pStyle w:val="TableParagraph"/>
              <w:rPr>
                <w:rFonts w:ascii="Times New Roman"/>
                <w:sz w:val="20"/>
              </w:rPr>
            </w:pPr>
          </w:p>
        </w:tc>
        <w:tc>
          <w:tcPr>
            <w:tcW w:w="3775" w:type="dxa"/>
          </w:tcPr>
          <w:p w14:paraId="731DEACE" w14:textId="77777777" w:rsidR="009864D4" w:rsidRDefault="009864D4" w:rsidP="00CC07DB">
            <w:pPr>
              <w:pStyle w:val="TableParagraph"/>
              <w:spacing w:line="255" w:lineRule="exact"/>
              <w:ind w:left="116"/>
              <w:rPr>
                <w:b/>
              </w:rPr>
            </w:pPr>
            <w:r>
              <w:rPr>
                <w:rFonts w:ascii="Wingdings" w:hAnsi="Wingdings"/>
                <w:sz w:val="24"/>
              </w:rPr>
              <w:t></w:t>
            </w:r>
            <w:r>
              <w:rPr>
                <w:rFonts w:ascii="Times New Roman" w:hAnsi="Times New Roman"/>
                <w:sz w:val="24"/>
              </w:rPr>
              <w:t xml:space="preserve"> </w:t>
            </w:r>
            <w:r>
              <w:rPr>
                <w:b/>
              </w:rPr>
              <w:t>ESPECES</w:t>
            </w:r>
          </w:p>
        </w:tc>
        <w:tc>
          <w:tcPr>
            <w:tcW w:w="3507" w:type="dxa"/>
          </w:tcPr>
          <w:p w14:paraId="5DC5D49A" w14:textId="77777777" w:rsidR="009864D4" w:rsidRDefault="009864D4" w:rsidP="00CC07DB">
            <w:pPr>
              <w:pStyle w:val="TableParagraph"/>
              <w:spacing w:line="255" w:lineRule="exact"/>
              <w:ind w:left="116"/>
              <w:rPr>
                <w:b/>
              </w:rPr>
            </w:pPr>
            <w:r>
              <w:rPr>
                <w:rFonts w:ascii="Wingdings" w:hAnsi="Wingdings"/>
                <w:sz w:val="24"/>
              </w:rPr>
              <w:t></w:t>
            </w:r>
            <w:r>
              <w:rPr>
                <w:rFonts w:ascii="Times New Roman" w:hAnsi="Times New Roman"/>
                <w:sz w:val="24"/>
              </w:rPr>
              <w:t xml:space="preserve"> </w:t>
            </w:r>
            <w:r>
              <w:rPr>
                <w:b/>
              </w:rPr>
              <w:t>CHEQUE</w:t>
            </w:r>
          </w:p>
        </w:tc>
      </w:tr>
    </w:tbl>
    <w:p w14:paraId="5570AED2" w14:textId="77777777" w:rsidR="009864D4" w:rsidRDefault="009864D4" w:rsidP="00C636CB">
      <w:pPr>
        <w:tabs>
          <w:tab w:val="left" w:pos="6765"/>
        </w:tabs>
        <w:spacing w:before="58"/>
        <w:ind w:left="-1361"/>
        <w:jc w:val="both"/>
        <w:rPr>
          <w:rFonts w:cstheme="minorHAnsi"/>
          <w:b/>
          <w:sz w:val="24"/>
          <w:szCs w:val="24"/>
          <w:shd w:val="clear" w:color="auto" w:fill="FFFF00"/>
          <w:lang w:val="fr-FR"/>
        </w:rPr>
      </w:pPr>
    </w:p>
    <w:p w14:paraId="2731E10F" w14:textId="77777777" w:rsidR="009864D4" w:rsidRPr="00A57C74" w:rsidRDefault="009864D4" w:rsidP="00C636CB">
      <w:pPr>
        <w:tabs>
          <w:tab w:val="left" w:pos="6765"/>
        </w:tabs>
        <w:spacing w:before="58"/>
        <w:ind w:left="-1361"/>
        <w:jc w:val="both"/>
        <w:rPr>
          <w:rFonts w:cstheme="minorHAnsi"/>
          <w:b/>
          <w:sz w:val="24"/>
          <w:szCs w:val="24"/>
          <w:shd w:val="clear" w:color="auto" w:fill="FFFF00"/>
          <w:lang w:val="fr-FR"/>
        </w:rPr>
      </w:pPr>
    </w:p>
    <w:p w14:paraId="34560465" w14:textId="77777777" w:rsidR="009A5D0B" w:rsidRPr="00A57C74" w:rsidRDefault="009A5D0B" w:rsidP="005F5BA3">
      <w:pPr>
        <w:pStyle w:val="Corpsdetexte"/>
        <w:jc w:val="both"/>
        <w:rPr>
          <w:b/>
          <w:lang w:val="fr-FR"/>
        </w:rPr>
      </w:pPr>
    </w:p>
    <w:p w14:paraId="2CBE6AC8" w14:textId="77777777" w:rsidR="009A5D0B" w:rsidRPr="00A57C74" w:rsidRDefault="009A5D0B" w:rsidP="005F5BA3">
      <w:pPr>
        <w:pStyle w:val="Corpsdetexte"/>
        <w:jc w:val="both"/>
        <w:rPr>
          <w:b/>
          <w:lang w:val="fr-FR"/>
        </w:rPr>
      </w:pPr>
    </w:p>
    <w:p w14:paraId="206C8002" w14:textId="77777777" w:rsidR="009A5D0B" w:rsidRPr="00A57C74" w:rsidRDefault="009A5D0B" w:rsidP="005F5BA3">
      <w:pPr>
        <w:pStyle w:val="Corpsdetexte"/>
        <w:jc w:val="both"/>
        <w:rPr>
          <w:b/>
          <w:lang w:val="fr-FR"/>
        </w:rPr>
      </w:pPr>
    </w:p>
    <w:p w14:paraId="712CC6A2" w14:textId="77777777" w:rsidR="009A5D0B" w:rsidRPr="00A57C74" w:rsidRDefault="009A5D0B" w:rsidP="005F5BA3">
      <w:pPr>
        <w:pStyle w:val="Corpsdetexte"/>
        <w:jc w:val="both"/>
        <w:rPr>
          <w:b/>
          <w:lang w:val="fr-FR"/>
        </w:rPr>
      </w:pPr>
    </w:p>
    <w:p w14:paraId="1FD8E11E" w14:textId="77777777" w:rsidR="009A5D0B" w:rsidRPr="00A57C74" w:rsidRDefault="009A5D0B" w:rsidP="005F5BA3">
      <w:pPr>
        <w:pStyle w:val="Corpsdetexte"/>
        <w:jc w:val="both"/>
        <w:rPr>
          <w:b/>
          <w:lang w:val="fr-FR"/>
        </w:rPr>
      </w:pPr>
    </w:p>
    <w:p w14:paraId="7EA18B39" w14:textId="77777777" w:rsidR="009A5D0B" w:rsidRPr="00A57C74" w:rsidRDefault="009A5D0B" w:rsidP="005F5BA3">
      <w:pPr>
        <w:pStyle w:val="Corpsdetexte"/>
        <w:jc w:val="both"/>
        <w:rPr>
          <w:b/>
          <w:lang w:val="fr-FR"/>
        </w:rPr>
      </w:pPr>
    </w:p>
    <w:p w14:paraId="06DD84E3" w14:textId="77777777" w:rsidR="009A5D0B" w:rsidRPr="00A57C74" w:rsidRDefault="009A5D0B" w:rsidP="005F5BA3">
      <w:pPr>
        <w:pStyle w:val="Corpsdetexte"/>
        <w:jc w:val="both"/>
        <w:rPr>
          <w:b/>
          <w:lang w:val="fr-FR"/>
        </w:rPr>
      </w:pPr>
    </w:p>
    <w:p w14:paraId="2284EC59" w14:textId="77777777" w:rsidR="009864D4" w:rsidRDefault="009864D4" w:rsidP="009864D4">
      <w:pPr>
        <w:pStyle w:val="Corpsdetexte"/>
        <w:jc w:val="both"/>
        <w:rPr>
          <w:rFonts w:ascii="Century Gothic" w:eastAsia="Century Gothic" w:hAnsi="Century Gothic" w:cs="Century Gothic"/>
          <w:b/>
          <w:color w:val="E4022E"/>
          <w:sz w:val="20"/>
          <w:lang w:val="fr-FR"/>
        </w:rPr>
      </w:pPr>
    </w:p>
    <w:p w14:paraId="3358300D" w14:textId="2D4DF38B" w:rsidR="00C636CB" w:rsidRPr="00C636CB" w:rsidRDefault="007B02B7" w:rsidP="009864D4">
      <w:pPr>
        <w:pStyle w:val="Corpsdetexte"/>
        <w:ind w:left="-284"/>
        <w:jc w:val="both"/>
        <w:rPr>
          <w:rFonts w:ascii="Trebuchet MS" w:eastAsia="Trebuchet MS" w:hAnsi="Trebuchet MS" w:cs="Trebuchet MS"/>
          <w:lang w:val="fr-FR"/>
        </w:rPr>
      </w:pPr>
      <w:r>
        <w:rPr>
          <w:noProof/>
        </w:rPr>
        <w:drawing>
          <wp:anchor distT="0" distB="0" distL="114300" distR="114300" simplePos="0" relativeHeight="251661824" behindDoc="0" locked="0" layoutInCell="1" allowOverlap="0" wp14:anchorId="0E39B9C7" wp14:editId="50645D59">
            <wp:simplePos x="0" y="0"/>
            <wp:positionH relativeFrom="page">
              <wp:posOffset>6343650</wp:posOffset>
            </wp:positionH>
            <wp:positionV relativeFrom="page">
              <wp:posOffset>133351</wp:posOffset>
            </wp:positionV>
            <wp:extent cx="981075" cy="933450"/>
            <wp:effectExtent l="0" t="0" r="9525" b="0"/>
            <wp:wrapTopAndBottom/>
            <wp:docPr id="7"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8"/>
                    <a:stretch>
                      <a:fillRect/>
                    </a:stretch>
                  </pic:blipFill>
                  <pic:spPr>
                    <a:xfrm>
                      <a:off x="0" y="0"/>
                      <a:ext cx="981075" cy="933450"/>
                    </a:xfrm>
                    <a:prstGeom prst="rect">
                      <a:avLst/>
                    </a:prstGeom>
                  </pic:spPr>
                </pic:pic>
              </a:graphicData>
            </a:graphic>
            <wp14:sizeRelH relativeFrom="margin">
              <wp14:pctWidth>0</wp14:pctWidth>
            </wp14:sizeRelH>
            <wp14:sizeRelV relativeFrom="margin">
              <wp14:pctHeight>0</wp14:pctHeight>
            </wp14:sizeRelV>
          </wp:anchor>
        </w:drawing>
      </w:r>
      <w:r w:rsidR="00C636CB" w:rsidRPr="00C636CB">
        <w:rPr>
          <w:rFonts w:ascii="Century Gothic" w:eastAsia="Century Gothic" w:hAnsi="Century Gothic" w:cs="Century Gothic"/>
          <w:b/>
          <w:color w:val="E4022E"/>
          <w:sz w:val="20"/>
          <w:lang w:val="fr-FR"/>
        </w:rPr>
        <w:t>QUESTIONNAIRE RELATIF À L'ÉTAT DE SANTÉ DU SPORTIF MINEUR EN VUE DE L'OBTENTION, DU</w:t>
      </w:r>
    </w:p>
    <w:p w14:paraId="57CC2C51" w14:textId="1ED8F29F" w:rsidR="00C636CB" w:rsidRPr="00C636CB" w:rsidRDefault="00C636CB" w:rsidP="009864D4">
      <w:pPr>
        <w:widowControl w:val="0"/>
        <w:autoSpaceDE w:val="0"/>
        <w:autoSpaceDN w:val="0"/>
        <w:spacing w:after="0" w:line="240" w:lineRule="auto"/>
        <w:ind w:left="-284"/>
        <w:jc w:val="both"/>
        <w:rPr>
          <w:rFonts w:ascii="Trebuchet MS" w:eastAsia="Trebuchet MS" w:hAnsi="Trebuchet MS" w:cs="Trebuchet MS"/>
          <w:lang w:val="fr-FR"/>
        </w:rPr>
      </w:pPr>
      <w:r w:rsidRPr="00C636CB">
        <w:rPr>
          <w:rFonts w:ascii="Century Gothic" w:eastAsia="Century Gothic" w:hAnsi="Century Gothic" w:cs="Century Gothic"/>
          <w:b/>
          <w:color w:val="E4022E"/>
          <w:sz w:val="20"/>
          <w:lang w:val="fr-FR"/>
        </w:rPr>
        <w:t>RENOUVELLEMENT D'UNE LICENCE D'UNE FÉDÉRATION SPORTIVE OU DE L'INSCRIPTION À UNE</w:t>
      </w:r>
      <w:r w:rsidR="005F5BA3">
        <w:rPr>
          <w:rFonts w:ascii="Trebuchet MS" w:eastAsia="Trebuchet MS" w:hAnsi="Trebuchet MS" w:cs="Trebuchet MS"/>
          <w:lang w:val="fr-FR"/>
        </w:rPr>
        <w:t xml:space="preserve"> </w:t>
      </w:r>
      <w:r w:rsidRPr="00C636CB">
        <w:rPr>
          <w:rFonts w:ascii="Century Gothic" w:eastAsia="Century Gothic" w:hAnsi="Century Gothic" w:cs="Century Gothic"/>
          <w:b/>
          <w:color w:val="E4022E"/>
          <w:sz w:val="20"/>
          <w:lang w:val="fr-FR"/>
        </w:rPr>
        <w:t>COMPÉTITION SPORTIVE AUTORISÉE PAR UNE FÉDÉRATION DÉLÉGATAIRE OU ORGANISÉE PAR</w:t>
      </w:r>
      <w:r w:rsidR="005F5BA3">
        <w:rPr>
          <w:rFonts w:ascii="Trebuchet MS" w:eastAsia="Trebuchet MS" w:hAnsi="Trebuchet MS" w:cs="Trebuchet MS"/>
          <w:lang w:val="fr-FR"/>
        </w:rPr>
        <w:t xml:space="preserve"> </w:t>
      </w:r>
      <w:r w:rsidRPr="00C636CB">
        <w:rPr>
          <w:rFonts w:ascii="Century Gothic" w:eastAsia="Century Gothic" w:hAnsi="Century Gothic" w:cs="Century Gothic"/>
          <w:b/>
          <w:color w:val="E4022E"/>
          <w:sz w:val="20"/>
          <w:lang w:val="fr-FR"/>
        </w:rPr>
        <w:t>UNE FÉDÉRATION AGRÉÉE, HORS DISCIPLINES À CONTRAINTES PARTICULIÈRES</w:t>
      </w:r>
    </w:p>
    <w:p w14:paraId="4ECD0D32" w14:textId="29645248" w:rsidR="00C636CB" w:rsidRDefault="00C636CB" w:rsidP="009864D4">
      <w:pPr>
        <w:widowControl w:val="0"/>
        <w:autoSpaceDE w:val="0"/>
        <w:autoSpaceDN w:val="0"/>
        <w:spacing w:after="221" w:line="240" w:lineRule="auto"/>
        <w:ind w:left="-284" w:right="1"/>
        <w:jc w:val="both"/>
        <w:rPr>
          <w:rFonts w:ascii="Century Gothic" w:eastAsia="Century Gothic" w:hAnsi="Century Gothic" w:cs="Century Gothic"/>
          <w:b/>
          <w:i/>
          <w:color w:val="143261"/>
          <w:sz w:val="20"/>
          <w:lang w:val="fr-FR"/>
        </w:rPr>
      </w:pPr>
      <w:r w:rsidRPr="00C636CB">
        <w:rPr>
          <w:rFonts w:ascii="Century Gothic" w:eastAsia="Century Gothic" w:hAnsi="Century Gothic" w:cs="Century Gothic"/>
          <w:b/>
          <w:i/>
          <w:color w:val="143261"/>
          <w:sz w:val="20"/>
          <w:lang w:val="fr-FR"/>
        </w:rPr>
        <w:t xml:space="preserve">Questionnaire élaboré par le Ministère des Sports </w:t>
      </w:r>
    </w:p>
    <w:p w14:paraId="78BAB20F" w14:textId="77777777" w:rsidR="009864D4" w:rsidRPr="00C636CB" w:rsidRDefault="009864D4" w:rsidP="00C636CB">
      <w:pPr>
        <w:widowControl w:val="0"/>
        <w:autoSpaceDE w:val="0"/>
        <w:autoSpaceDN w:val="0"/>
        <w:spacing w:after="221" w:line="240" w:lineRule="auto"/>
        <w:ind w:right="1"/>
        <w:jc w:val="both"/>
        <w:rPr>
          <w:rFonts w:ascii="Trebuchet MS" w:eastAsia="Trebuchet MS" w:hAnsi="Trebuchet MS" w:cs="Trebuchet MS"/>
          <w:lang w:val="fr-FR"/>
        </w:rPr>
      </w:pPr>
    </w:p>
    <w:p w14:paraId="2B8014FA" w14:textId="77777777" w:rsidR="00C636CB" w:rsidRPr="00C636CB" w:rsidRDefault="00C636CB" w:rsidP="00C636CB">
      <w:pPr>
        <w:widowControl w:val="0"/>
        <w:tabs>
          <w:tab w:val="center" w:pos="3258"/>
          <w:tab w:val="center" w:pos="6628"/>
        </w:tabs>
        <w:autoSpaceDE w:val="0"/>
        <w:autoSpaceDN w:val="0"/>
        <w:spacing w:after="183" w:line="240" w:lineRule="auto"/>
        <w:jc w:val="both"/>
        <w:rPr>
          <w:rFonts w:ascii="Trebuchet MS" w:eastAsia="Trebuchet MS" w:hAnsi="Trebuchet MS" w:cs="Trebuchet MS"/>
          <w:lang w:val="fr-FR"/>
        </w:rPr>
      </w:pPr>
      <w:r w:rsidRPr="00C636CB">
        <w:rPr>
          <w:rFonts w:ascii="Century Gothic" w:eastAsia="Century Gothic" w:hAnsi="Century Gothic" w:cs="Century Gothic"/>
          <w:b/>
          <w:color w:val="143261"/>
          <w:sz w:val="20"/>
          <w:lang w:val="fr-FR"/>
        </w:rPr>
        <w:t xml:space="preserve">NOM : </w:t>
      </w:r>
      <w:r w:rsidRPr="00C636CB">
        <w:rPr>
          <w:rFonts w:ascii="Century Gothic" w:eastAsia="Century Gothic" w:hAnsi="Century Gothic" w:cs="Century Gothic"/>
          <w:b/>
          <w:color w:val="143261"/>
          <w:sz w:val="20"/>
          <w:lang w:val="fr-FR"/>
        </w:rPr>
        <w:tab/>
        <w:t xml:space="preserve">Prénom : </w:t>
      </w:r>
      <w:r w:rsidRPr="00C636CB">
        <w:rPr>
          <w:rFonts w:ascii="Century Gothic" w:eastAsia="Century Gothic" w:hAnsi="Century Gothic" w:cs="Century Gothic"/>
          <w:b/>
          <w:color w:val="143261"/>
          <w:sz w:val="20"/>
          <w:lang w:val="fr-FR"/>
        </w:rPr>
        <w:tab/>
        <w:t>Date de naissance :</w:t>
      </w:r>
    </w:p>
    <w:tbl>
      <w:tblPr>
        <w:tblStyle w:val="TableGrid"/>
        <w:tblW w:w="9640" w:type="dxa"/>
        <w:tblInd w:w="-426" w:type="dxa"/>
        <w:tblCellMar>
          <w:top w:w="88" w:type="dxa"/>
          <w:left w:w="147" w:type="dxa"/>
          <w:right w:w="140" w:type="dxa"/>
        </w:tblCellMar>
        <w:tblLook w:val="04A0" w:firstRow="1" w:lastRow="0" w:firstColumn="1" w:lastColumn="0" w:noHBand="0" w:noVBand="1"/>
      </w:tblPr>
      <w:tblGrid>
        <w:gridCol w:w="7653"/>
        <w:gridCol w:w="995"/>
        <w:gridCol w:w="992"/>
      </w:tblGrid>
      <w:tr w:rsidR="00C636CB" w:rsidRPr="00F5664C" w14:paraId="13428FDE" w14:textId="77777777" w:rsidTr="009864D4">
        <w:trPr>
          <w:trHeight w:val="1114"/>
        </w:trPr>
        <w:tc>
          <w:tcPr>
            <w:tcW w:w="9640" w:type="dxa"/>
            <w:gridSpan w:val="3"/>
            <w:tcBorders>
              <w:top w:val="double" w:sz="5" w:space="0" w:color="000000"/>
              <w:left w:val="nil"/>
              <w:bottom w:val="double" w:sz="5" w:space="0" w:color="000000"/>
              <w:right w:val="nil"/>
            </w:tcBorders>
            <w:shd w:val="clear" w:color="auto" w:fill="F5F5F5"/>
            <w:vAlign w:val="center"/>
          </w:tcPr>
          <w:p w14:paraId="6BB17E2E" w14:textId="77777777" w:rsidR="00C636CB" w:rsidRPr="00C636CB" w:rsidRDefault="00C636CB" w:rsidP="00C636CB">
            <w:pPr>
              <w:ind w:left="6" w:right="17"/>
              <w:jc w:val="both"/>
              <w:rPr>
                <w:rFonts w:ascii="Trebuchet MS" w:eastAsia="Trebuchet MS" w:hAnsi="Trebuchet MS" w:cs="Trebuchet MS"/>
              </w:rPr>
            </w:pPr>
            <w:r w:rsidRPr="00C636CB">
              <w:rPr>
                <w:rFonts w:ascii="Century Gothic" w:eastAsia="Century Gothic" w:hAnsi="Century Gothic" w:cs="Century Gothic"/>
                <w:i/>
                <w:sz w:val="16"/>
              </w:rPr>
              <w:t>Avertissement à destination des parents ou de la personne ayant l'autorité parentale : Il est préférable que ce questionnaire soit complété par votre enfant, c'est à vous d'estimer à quel âge il est capable de le faire. Il est de votre responsabilité de vous assurer que le questionnaire est correctement complété et de suivre les instructions en fonction des réponses données.</w:t>
            </w:r>
          </w:p>
        </w:tc>
      </w:tr>
      <w:tr w:rsidR="00C636CB" w:rsidRPr="00F5664C" w14:paraId="42ABEDD0" w14:textId="77777777" w:rsidTr="009864D4">
        <w:trPr>
          <w:trHeight w:val="1165"/>
        </w:trPr>
        <w:tc>
          <w:tcPr>
            <w:tcW w:w="9640" w:type="dxa"/>
            <w:gridSpan w:val="3"/>
            <w:tcBorders>
              <w:top w:val="double" w:sz="5" w:space="0" w:color="000000"/>
              <w:left w:val="double" w:sz="5" w:space="0" w:color="000000"/>
              <w:bottom w:val="double" w:sz="5" w:space="0" w:color="000000"/>
              <w:right w:val="single" w:sz="6" w:space="0" w:color="D8D8D8"/>
            </w:tcBorders>
            <w:shd w:val="clear" w:color="auto" w:fill="143261"/>
          </w:tcPr>
          <w:p w14:paraId="7B95F383" w14:textId="77777777" w:rsidR="00C636CB" w:rsidRPr="00C636CB" w:rsidRDefault="00C636CB" w:rsidP="00C636CB">
            <w:pPr>
              <w:ind w:left="12" w:right="23"/>
              <w:jc w:val="both"/>
              <w:rPr>
                <w:rFonts w:ascii="Trebuchet MS" w:eastAsia="Trebuchet MS" w:hAnsi="Trebuchet MS" w:cs="Trebuchet MS"/>
              </w:rPr>
            </w:pPr>
            <w:r w:rsidRPr="00C636CB">
              <w:rPr>
                <w:rFonts w:ascii="Century Gothic" w:eastAsia="Century Gothic" w:hAnsi="Century Gothic" w:cs="Century Gothic"/>
                <w:b/>
                <w:color w:val="FFFFFF"/>
                <w:sz w:val="20"/>
              </w:rPr>
              <w:t>Faire du sport : c'est recommandé pour tous. En as-tu parlé avec un médecin ? T'a-t-il examiné (e) pour te conseiller ? Ce questionnaire n'est pas un contrôle. Tu réponds par OUI ou par NON, mais il n'y a pas de bonnes ou de mauvaises réponses. Tu peux regarder ton carnet de santé et demander à tes parents de t'aider.</w:t>
            </w:r>
          </w:p>
        </w:tc>
      </w:tr>
      <w:tr w:rsidR="00C636CB" w:rsidRPr="00C636CB" w14:paraId="0E3E30EF" w14:textId="77777777" w:rsidTr="009864D4">
        <w:trPr>
          <w:trHeight w:val="670"/>
        </w:trPr>
        <w:tc>
          <w:tcPr>
            <w:tcW w:w="7653" w:type="dxa"/>
            <w:tcBorders>
              <w:top w:val="double" w:sz="5" w:space="0" w:color="000000"/>
              <w:left w:val="double" w:sz="5" w:space="0" w:color="000000"/>
              <w:bottom w:val="double" w:sz="5" w:space="0" w:color="000000"/>
              <w:right w:val="double" w:sz="5" w:space="0" w:color="000000"/>
            </w:tcBorders>
            <w:shd w:val="clear" w:color="auto" w:fill="143261"/>
            <w:vAlign w:val="center"/>
          </w:tcPr>
          <w:p w14:paraId="58CF1CE7" w14:textId="77777777" w:rsidR="00C636CB" w:rsidRPr="00C636CB" w:rsidRDefault="00C636CB" w:rsidP="00C636CB">
            <w:pPr>
              <w:ind w:right="6"/>
              <w:jc w:val="both"/>
              <w:rPr>
                <w:rFonts w:ascii="Trebuchet MS" w:eastAsia="Trebuchet MS" w:hAnsi="Trebuchet MS" w:cs="Trebuchet MS"/>
              </w:rPr>
            </w:pPr>
            <w:r w:rsidRPr="00C636CB">
              <w:rPr>
                <w:rFonts w:ascii="Century Gothic" w:eastAsia="Century Gothic" w:hAnsi="Century Gothic" w:cs="Century Gothic"/>
                <w:b/>
                <w:color w:val="FFFFFF"/>
                <w:sz w:val="20"/>
              </w:rPr>
              <w:t>Tu es une fille □ un garçon □</w:t>
            </w:r>
          </w:p>
        </w:tc>
        <w:tc>
          <w:tcPr>
            <w:tcW w:w="1987" w:type="dxa"/>
            <w:gridSpan w:val="2"/>
            <w:tcBorders>
              <w:top w:val="double" w:sz="5" w:space="0" w:color="000000"/>
              <w:left w:val="double" w:sz="5" w:space="0" w:color="000000"/>
              <w:bottom w:val="double" w:sz="5" w:space="0" w:color="000000"/>
              <w:right w:val="single" w:sz="6" w:space="0" w:color="D8D8D8"/>
            </w:tcBorders>
            <w:shd w:val="clear" w:color="auto" w:fill="143261"/>
          </w:tcPr>
          <w:p w14:paraId="1C94A9AE" w14:textId="256ED609" w:rsidR="00C636CB" w:rsidRPr="00C636CB" w:rsidRDefault="00C636CB" w:rsidP="00C636CB">
            <w:pPr>
              <w:jc w:val="both"/>
              <w:rPr>
                <w:rFonts w:ascii="Trebuchet MS" w:eastAsia="Trebuchet MS" w:hAnsi="Trebuchet MS" w:cs="Trebuchet MS"/>
              </w:rPr>
            </w:pPr>
            <w:r w:rsidRPr="00C636CB">
              <w:rPr>
                <w:rFonts w:ascii="Century Gothic" w:eastAsia="Century Gothic" w:hAnsi="Century Gothic" w:cs="Century Gothic"/>
                <w:b/>
                <w:color w:val="FFFFFF"/>
                <w:sz w:val="20"/>
              </w:rPr>
              <w:t>Ton âge</w:t>
            </w:r>
            <w:r w:rsidR="00B962A6">
              <w:rPr>
                <w:rFonts w:ascii="Century Gothic" w:eastAsia="Century Gothic" w:hAnsi="Century Gothic" w:cs="Century Gothic"/>
                <w:b/>
                <w:color w:val="FFFFFF"/>
                <w:sz w:val="20"/>
              </w:rPr>
              <w:t xml:space="preserve"> </w:t>
            </w:r>
            <w:r w:rsidRPr="00C636CB">
              <w:rPr>
                <w:rFonts w:ascii="Century Gothic" w:eastAsia="Century Gothic" w:hAnsi="Century Gothic" w:cs="Century Gothic"/>
                <w:b/>
                <w:color w:val="FFFFFF"/>
                <w:sz w:val="20"/>
              </w:rPr>
              <w:t xml:space="preserve">: </w:t>
            </w:r>
            <w:r w:rsidRPr="00C636CB">
              <w:rPr>
                <w:rFonts w:ascii="Century Gothic" w:eastAsia="Century Gothic" w:hAnsi="Century Gothic" w:cs="Century Gothic"/>
                <w:color w:val="FFFFFF"/>
                <w:sz w:val="20"/>
              </w:rPr>
              <w:t>..…</w:t>
            </w:r>
            <w:r w:rsidRPr="00C636CB">
              <w:rPr>
                <w:rFonts w:ascii="Century Gothic" w:eastAsia="Century Gothic" w:hAnsi="Century Gothic" w:cs="Century Gothic"/>
                <w:b/>
                <w:color w:val="FFFFFF"/>
                <w:sz w:val="20"/>
              </w:rPr>
              <w:t xml:space="preserve"> ans</w:t>
            </w:r>
          </w:p>
        </w:tc>
      </w:tr>
      <w:tr w:rsidR="00C636CB" w:rsidRPr="00C636CB" w14:paraId="62A4C437" w14:textId="77777777" w:rsidTr="009864D4">
        <w:trPr>
          <w:trHeight w:val="424"/>
        </w:trPr>
        <w:tc>
          <w:tcPr>
            <w:tcW w:w="7653" w:type="dxa"/>
            <w:tcBorders>
              <w:top w:val="double" w:sz="5" w:space="0" w:color="000000"/>
              <w:left w:val="double" w:sz="5" w:space="0" w:color="000000"/>
              <w:bottom w:val="double" w:sz="5" w:space="0" w:color="000000"/>
              <w:right w:val="double" w:sz="5" w:space="0" w:color="000000"/>
            </w:tcBorders>
            <w:shd w:val="clear" w:color="auto" w:fill="143261"/>
          </w:tcPr>
          <w:p w14:paraId="02E80790" w14:textId="77777777" w:rsidR="00C636CB" w:rsidRPr="00C636CB" w:rsidRDefault="00C636CB" w:rsidP="00C636CB">
            <w:pPr>
              <w:jc w:val="both"/>
              <w:rPr>
                <w:rFonts w:ascii="Trebuchet MS" w:eastAsia="Trebuchet MS" w:hAnsi="Trebuchet MS" w:cs="Trebuchet MS"/>
              </w:rPr>
            </w:pPr>
            <w:r w:rsidRPr="00C636CB">
              <w:rPr>
                <w:rFonts w:ascii="Century Gothic" w:eastAsia="Century Gothic" w:hAnsi="Century Gothic" w:cs="Century Gothic"/>
                <w:b/>
                <w:color w:val="FFFFFF"/>
                <w:sz w:val="20"/>
              </w:rPr>
              <w:t>Depuis l'année dernière :</w:t>
            </w:r>
          </w:p>
        </w:tc>
        <w:tc>
          <w:tcPr>
            <w:tcW w:w="995" w:type="dxa"/>
            <w:tcBorders>
              <w:top w:val="double" w:sz="5" w:space="0" w:color="000000"/>
              <w:left w:val="double" w:sz="5" w:space="0" w:color="000000"/>
              <w:bottom w:val="double" w:sz="5" w:space="0" w:color="000000"/>
              <w:right w:val="double" w:sz="5" w:space="0" w:color="000000"/>
            </w:tcBorders>
            <w:shd w:val="clear" w:color="auto" w:fill="143261"/>
          </w:tcPr>
          <w:p w14:paraId="1A76BE69" w14:textId="77777777" w:rsidR="00C636CB" w:rsidRPr="00C636CB" w:rsidRDefault="00C636CB" w:rsidP="00C636CB">
            <w:pPr>
              <w:jc w:val="both"/>
              <w:rPr>
                <w:rFonts w:ascii="Trebuchet MS" w:eastAsia="Trebuchet MS" w:hAnsi="Trebuchet MS" w:cs="Trebuchet MS"/>
              </w:rPr>
            </w:pPr>
            <w:r w:rsidRPr="00C636CB">
              <w:rPr>
                <w:rFonts w:ascii="Century Gothic" w:eastAsia="Century Gothic" w:hAnsi="Century Gothic" w:cs="Century Gothic"/>
                <w:b/>
                <w:color w:val="FFFFFF"/>
                <w:sz w:val="20"/>
              </w:rPr>
              <w:t>OUI</w:t>
            </w:r>
          </w:p>
        </w:tc>
        <w:tc>
          <w:tcPr>
            <w:tcW w:w="992" w:type="dxa"/>
            <w:tcBorders>
              <w:top w:val="double" w:sz="5" w:space="0" w:color="000000"/>
              <w:left w:val="double" w:sz="5" w:space="0" w:color="000000"/>
              <w:bottom w:val="double" w:sz="5" w:space="0" w:color="000000"/>
              <w:right w:val="single" w:sz="6" w:space="0" w:color="D8D8D8"/>
            </w:tcBorders>
            <w:shd w:val="clear" w:color="auto" w:fill="143261"/>
          </w:tcPr>
          <w:p w14:paraId="5873843C" w14:textId="77777777" w:rsidR="00C636CB" w:rsidRPr="00C636CB" w:rsidRDefault="00C636CB" w:rsidP="00C636CB">
            <w:pPr>
              <w:ind w:left="14"/>
              <w:jc w:val="both"/>
              <w:rPr>
                <w:rFonts w:ascii="Trebuchet MS" w:eastAsia="Trebuchet MS" w:hAnsi="Trebuchet MS" w:cs="Trebuchet MS"/>
              </w:rPr>
            </w:pPr>
            <w:r w:rsidRPr="00C636CB">
              <w:rPr>
                <w:rFonts w:ascii="Century Gothic" w:eastAsia="Century Gothic" w:hAnsi="Century Gothic" w:cs="Century Gothic"/>
                <w:b/>
                <w:color w:val="FFFFFF"/>
                <w:sz w:val="20"/>
              </w:rPr>
              <w:t>NON</w:t>
            </w:r>
          </w:p>
        </w:tc>
      </w:tr>
      <w:tr w:rsidR="00C636CB" w:rsidRPr="00C636CB" w14:paraId="7479DA50" w14:textId="77777777" w:rsidTr="009864D4">
        <w:trPr>
          <w:trHeight w:val="576"/>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66086AB0" w14:textId="77777777" w:rsidR="00C636CB" w:rsidRPr="00C636CB" w:rsidRDefault="00C636CB" w:rsidP="00C636CB">
            <w:pPr>
              <w:ind w:left="6"/>
              <w:jc w:val="both"/>
              <w:rPr>
                <w:rFonts w:ascii="Trebuchet MS" w:eastAsia="Trebuchet MS" w:hAnsi="Trebuchet MS" w:cs="Trebuchet MS"/>
              </w:rPr>
            </w:pPr>
            <w:r w:rsidRPr="00C636CB">
              <w:rPr>
                <w:rFonts w:ascii="Century Gothic" w:eastAsia="Century Gothic" w:hAnsi="Century Gothic" w:cs="Century Gothic"/>
                <w:b/>
                <w:sz w:val="18"/>
              </w:rPr>
              <w:t>Es-tu allé (e) à l'hôpital pendant toute une journée ou plusieurs jours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6BF1D3AD" w14:textId="77777777" w:rsidR="00C636CB" w:rsidRPr="00C636CB" w:rsidRDefault="00C636CB" w:rsidP="00C636CB">
            <w:pPr>
              <w:ind w:right="3"/>
              <w:jc w:val="both"/>
              <w:rPr>
                <w:rFonts w:ascii="Trebuchet MS" w:eastAsia="Trebuchet MS" w:hAnsi="Trebuchet MS" w:cs="Trebuchet MS"/>
              </w:rPr>
            </w:pPr>
            <w:r w:rsidRPr="00C636CB">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375289B6" w14:textId="77777777" w:rsidR="00C636CB" w:rsidRPr="00C636CB" w:rsidRDefault="00C636CB" w:rsidP="00C636CB">
            <w:pPr>
              <w:ind w:right="1"/>
              <w:jc w:val="both"/>
              <w:rPr>
                <w:rFonts w:ascii="Trebuchet MS" w:eastAsia="Trebuchet MS" w:hAnsi="Trebuchet MS" w:cs="Trebuchet MS"/>
              </w:rPr>
            </w:pPr>
            <w:r w:rsidRPr="00C636CB">
              <w:rPr>
                <w:rFonts w:ascii="Century Gothic" w:eastAsia="Century Gothic" w:hAnsi="Century Gothic" w:cs="Century Gothic"/>
                <w:b/>
                <w:sz w:val="20"/>
              </w:rPr>
              <w:t>□</w:t>
            </w:r>
          </w:p>
        </w:tc>
      </w:tr>
      <w:tr w:rsidR="00C636CB" w:rsidRPr="00C636CB" w14:paraId="26DF6E53" w14:textId="77777777" w:rsidTr="009864D4">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01B92F0B" w14:textId="77777777" w:rsidR="00C636CB" w:rsidRPr="00C636CB" w:rsidRDefault="00C636CB" w:rsidP="00C636CB">
            <w:pPr>
              <w:ind w:left="6"/>
              <w:jc w:val="both"/>
              <w:rPr>
                <w:rFonts w:ascii="Trebuchet MS" w:eastAsia="Trebuchet MS" w:hAnsi="Trebuchet MS" w:cs="Trebuchet MS"/>
              </w:rPr>
            </w:pPr>
            <w:r w:rsidRPr="00C636CB">
              <w:rPr>
                <w:rFonts w:ascii="Century Gothic" w:eastAsia="Century Gothic" w:hAnsi="Century Gothic" w:cs="Century Gothic"/>
                <w:b/>
                <w:sz w:val="18"/>
              </w:rPr>
              <w:t>As-tu été opéré (e)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384E75C4" w14:textId="77777777" w:rsidR="00C636CB" w:rsidRPr="00C636CB" w:rsidRDefault="00C636CB" w:rsidP="00C636CB">
            <w:pPr>
              <w:ind w:right="3"/>
              <w:jc w:val="both"/>
              <w:rPr>
                <w:rFonts w:ascii="Trebuchet MS" w:eastAsia="Trebuchet MS" w:hAnsi="Trebuchet MS" w:cs="Trebuchet MS"/>
              </w:rPr>
            </w:pPr>
            <w:r w:rsidRPr="00C636CB">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35089F99" w14:textId="77777777" w:rsidR="00C636CB" w:rsidRPr="00C636CB" w:rsidRDefault="00C636CB" w:rsidP="00C636CB">
            <w:pPr>
              <w:ind w:right="1"/>
              <w:jc w:val="both"/>
              <w:rPr>
                <w:rFonts w:ascii="Trebuchet MS" w:eastAsia="Trebuchet MS" w:hAnsi="Trebuchet MS" w:cs="Trebuchet MS"/>
              </w:rPr>
            </w:pPr>
            <w:r w:rsidRPr="00C636CB">
              <w:rPr>
                <w:rFonts w:ascii="Century Gothic" w:eastAsia="Century Gothic" w:hAnsi="Century Gothic" w:cs="Century Gothic"/>
                <w:b/>
                <w:sz w:val="20"/>
              </w:rPr>
              <w:t>□</w:t>
            </w:r>
          </w:p>
        </w:tc>
      </w:tr>
      <w:tr w:rsidR="00C636CB" w:rsidRPr="00C636CB" w14:paraId="3B6A497F" w14:textId="77777777" w:rsidTr="009864D4">
        <w:trPr>
          <w:trHeight w:val="576"/>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64983367" w14:textId="77777777" w:rsidR="00C636CB" w:rsidRPr="00C636CB" w:rsidRDefault="00C636CB" w:rsidP="00C636CB">
            <w:pPr>
              <w:ind w:left="6"/>
              <w:jc w:val="both"/>
              <w:rPr>
                <w:rFonts w:ascii="Trebuchet MS" w:eastAsia="Trebuchet MS" w:hAnsi="Trebuchet MS" w:cs="Trebuchet MS"/>
              </w:rPr>
            </w:pPr>
            <w:r w:rsidRPr="00C636CB">
              <w:rPr>
                <w:rFonts w:ascii="Century Gothic" w:eastAsia="Century Gothic" w:hAnsi="Century Gothic" w:cs="Century Gothic"/>
                <w:b/>
                <w:sz w:val="18"/>
              </w:rPr>
              <w:t>As-tu beaucoup plus grandi que les autres années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3DF8DAAC" w14:textId="77777777" w:rsidR="00C636CB" w:rsidRPr="00C636CB" w:rsidRDefault="00C636CB" w:rsidP="00C636CB">
            <w:pPr>
              <w:ind w:right="3"/>
              <w:jc w:val="both"/>
              <w:rPr>
                <w:rFonts w:ascii="Trebuchet MS" w:eastAsia="Trebuchet MS" w:hAnsi="Trebuchet MS" w:cs="Trebuchet MS"/>
              </w:rPr>
            </w:pPr>
            <w:r w:rsidRPr="00C636CB">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0EE9D3AD" w14:textId="77777777" w:rsidR="00C636CB" w:rsidRPr="00C636CB" w:rsidRDefault="00C636CB" w:rsidP="00C636CB">
            <w:pPr>
              <w:ind w:right="1"/>
              <w:jc w:val="both"/>
              <w:rPr>
                <w:rFonts w:ascii="Trebuchet MS" w:eastAsia="Trebuchet MS" w:hAnsi="Trebuchet MS" w:cs="Trebuchet MS"/>
              </w:rPr>
            </w:pPr>
            <w:r w:rsidRPr="00C636CB">
              <w:rPr>
                <w:rFonts w:ascii="Century Gothic" w:eastAsia="Century Gothic" w:hAnsi="Century Gothic" w:cs="Century Gothic"/>
                <w:b/>
                <w:sz w:val="20"/>
              </w:rPr>
              <w:t>□</w:t>
            </w:r>
          </w:p>
        </w:tc>
      </w:tr>
      <w:tr w:rsidR="00C636CB" w:rsidRPr="00C636CB" w14:paraId="00E913E8" w14:textId="77777777" w:rsidTr="009864D4">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77926912" w14:textId="77777777" w:rsidR="00C636CB" w:rsidRPr="00C636CB" w:rsidRDefault="00C636CB" w:rsidP="00C636CB">
            <w:pPr>
              <w:ind w:left="6"/>
              <w:jc w:val="both"/>
              <w:rPr>
                <w:rFonts w:ascii="Trebuchet MS" w:eastAsia="Trebuchet MS" w:hAnsi="Trebuchet MS" w:cs="Trebuchet MS"/>
              </w:rPr>
            </w:pPr>
            <w:r w:rsidRPr="00C636CB">
              <w:rPr>
                <w:rFonts w:ascii="Century Gothic" w:eastAsia="Century Gothic" w:hAnsi="Century Gothic" w:cs="Century Gothic"/>
                <w:b/>
                <w:sz w:val="18"/>
              </w:rPr>
              <w:t>As-tu beaucoup maigri ou grossi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46D5D2DF" w14:textId="77777777" w:rsidR="00C636CB" w:rsidRPr="00C636CB" w:rsidRDefault="00C636CB" w:rsidP="00C636CB">
            <w:pPr>
              <w:ind w:right="3"/>
              <w:jc w:val="both"/>
              <w:rPr>
                <w:rFonts w:ascii="Trebuchet MS" w:eastAsia="Trebuchet MS" w:hAnsi="Trebuchet MS" w:cs="Trebuchet MS"/>
              </w:rPr>
            </w:pPr>
            <w:r w:rsidRPr="00C636CB">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14078E41" w14:textId="77777777" w:rsidR="00C636CB" w:rsidRPr="00C636CB" w:rsidRDefault="00C636CB" w:rsidP="00C636CB">
            <w:pPr>
              <w:ind w:right="1"/>
              <w:jc w:val="both"/>
              <w:rPr>
                <w:rFonts w:ascii="Trebuchet MS" w:eastAsia="Trebuchet MS" w:hAnsi="Trebuchet MS" w:cs="Trebuchet MS"/>
              </w:rPr>
            </w:pPr>
            <w:r w:rsidRPr="00C636CB">
              <w:rPr>
                <w:rFonts w:ascii="Century Gothic" w:eastAsia="Century Gothic" w:hAnsi="Century Gothic" w:cs="Century Gothic"/>
                <w:b/>
                <w:sz w:val="20"/>
              </w:rPr>
              <w:t>□</w:t>
            </w:r>
          </w:p>
        </w:tc>
      </w:tr>
      <w:tr w:rsidR="00C636CB" w:rsidRPr="00C636CB" w14:paraId="25F671D6" w14:textId="77777777" w:rsidTr="009864D4">
        <w:trPr>
          <w:trHeight w:val="576"/>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08AD58EB" w14:textId="77777777" w:rsidR="00C636CB" w:rsidRPr="00C636CB" w:rsidRDefault="00C636CB" w:rsidP="00C636CB">
            <w:pPr>
              <w:ind w:left="6"/>
              <w:jc w:val="both"/>
              <w:rPr>
                <w:rFonts w:ascii="Trebuchet MS" w:eastAsia="Trebuchet MS" w:hAnsi="Trebuchet MS" w:cs="Trebuchet MS"/>
              </w:rPr>
            </w:pPr>
            <w:r w:rsidRPr="00C636CB">
              <w:rPr>
                <w:rFonts w:ascii="Century Gothic" w:eastAsia="Century Gothic" w:hAnsi="Century Gothic" w:cs="Century Gothic"/>
                <w:b/>
                <w:sz w:val="18"/>
              </w:rPr>
              <w:t>As-tu eu la tête qui tourne pendant un effort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7D38D43C" w14:textId="77777777" w:rsidR="00C636CB" w:rsidRPr="00C636CB" w:rsidRDefault="00C636CB" w:rsidP="00C636CB">
            <w:pPr>
              <w:ind w:right="3"/>
              <w:jc w:val="both"/>
              <w:rPr>
                <w:rFonts w:ascii="Trebuchet MS" w:eastAsia="Trebuchet MS" w:hAnsi="Trebuchet MS" w:cs="Trebuchet MS"/>
              </w:rPr>
            </w:pPr>
            <w:r w:rsidRPr="00C636CB">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0832F53A" w14:textId="77777777" w:rsidR="00C636CB" w:rsidRPr="00C636CB" w:rsidRDefault="00C636CB" w:rsidP="00C636CB">
            <w:pPr>
              <w:ind w:right="1"/>
              <w:jc w:val="both"/>
              <w:rPr>
                <w:rFonts w:ascii="Trebuchet MS" w:eastAsia="Trebuchet MS" w:hAnsi="Trebuchet MS" w:cs="Trebuchet MS"/>
              </w:rPr>
            </w:pPr>
            <w:r w:rsidRPr="00C636CB">
              <w:rPr>
                <w:rFonts w:ascii="Century Gothic" w:eastAsia="Century Gothic" w:hAnsi="Century Gothic" w:cs="Century Gothic"/>
                <w:b/>
                <w:sz w:val="20"/>
              </w:rPr>
              <w:t>□</w:t>
            </w:r>
          </w:p>
        </w:tc>
      </w:tr>
      <w:tr w:rsidR="005F5BA3" w:rsidRPr="005F5BA3" w14:paraId="2FD7B2C7" w14:textId="77777777" w:rsidTr="009864D4">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460A92B8" w14:textId="77777777" w:rsidR="005F5BA3" w:rsidRPr="005F5BA3" w:rsidRDefault="005F5BA3" w:rsidP="005F5BA3">
            <w:pPr>
              <w:ind w:left="6"/>
              <w:jc w:val="both"/>
              <w:rPr>
                <w:rFonts w:ascii="Trebuchet MS" w:eastAsia="Trebuchet MS" w:hAnsi="Trebuchet MS" w:cs="Trebuchet MS"/>
              </w:rPr>
            </w:pPr>
            <w:r w:rsidRPr="005F5BA3">
              <w:rPr>
                <w:rFonts w:ascii="Century Gothic" w:eastAsia="Century Gothic" w:hAnsi="Century Gothic" w:cs="Century Gothic"/>
                <w:b/>
                <w:sz w:val="18"/>
              </w:rPr>
              <w:t>As-tu perdu connaissance ou es-tu tombé sans te souvenir de ce qui s'était passé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1EAB744A" w14:textId="77777777" w:rsidR="005F5BA3" w:rsidRPr="005F5BA3" w:rsidRDefault="005F5BA3" w:rsidP="005F5BA3">
            <w:pPr>
              <w:ind w:right="3"/>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3298ED63" w14:textId="77777777" w:rsidR="005F5BA3" w:rsidRPr="005F5BA3" w:rsidRDefault="005F5BA3" w:rsidP="005F5BA3">
            <w:pPr>
              <w:ind w:right="1"/>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3552D5DC" w14:textId="77777777" w:rsidTr="009864D4">
        <w:trPr>
          <w:trHeight w:val="774"/>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00F23E89" w14:textId="77777777" w:rsidR="005F5BA3" w:rsidRPr="005F5BA3" w:rsidRDefault="005F5BA3" w:rsidP="005F5BA3">
            <w:pPr>
              <w:ind w:left="6"/>
              <w:jc w:val="both"/>
              <w:rPr>
                <w:rFonts w:ascii="Trebuchet MS" w:eastAsia="Trebuchet MS" w:hAnsi="Trebuchet MS" w:cs="Trebuchet MS"/>
              </w:rPr>
            </w:pPr>
            <w:r w:rsidRPr="005F5BA3">
              <w:rPr>
                <w:rFonts w:ascii="Century Gothic" w:eastAsia="Century Gothic" w:hAnsi="Century Gothic" w:cs="Century Gothic"/>
                <w:b/>
                <w:sz w:val="18"/>
              </w:rPr>
              <w:t>As-tu reçu un ou plusieurs chocs violents qui t'ont obligé à interrompre un moment une séance de sport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6855B0C2" w14:textId="77777777" w:rsidR="005F5BA3" w:rsidRPr="005F5BA3" w:rsidRDefault="005F5BA3" w:rsidP="005F5BA3">
            <w:pPr>
              <w:ind w:right="3"/>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3A6AFC03" w14:textId="77777777" w:rsidR="005F5BA3" w:rsidRPr="005F5BA3" w:rsidRDefault="005F5BA3" w:rsidP="005F5BA3">
            <w:pPr>
              <w:ind w:right="1"/>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533CACDF" w14:textId="77777777" w:rsidTr="009864D4">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45E3196F" w14:textId="77777777" w:rsidR="005F5BA3" w:rsidRPr="005F5BA3" w:rsidRDefault="005F5BA3" w:rsidP="005F5BA3">
            <w:pPr>
              <w:ind w:left="6"/>
              <w:jc w:val="both"/>
              <w:rPr>
                <w:rFonts w:ascii="Trebuchet MS" w:eastAsia="Trebuchet MS" w:hAnsi="Trebuchet MS" w:cs="Trebuchet MS"/>
              </w:rPr>
            </w:pPr>
            <w:r w:rsidRPr="005F5BA3">
              <w:rPr>
                <w:rFonts w:ascii="Century Gothic" w:eastAsia="Century Gothic" w:hAnsi="Century Gothic" w:cs="Century Gothic"/>
                <w:b/>
                <w:sz w:val="18"/>
              </w:rPr>
              <w:t>As-tu eu beaucoup de mal à respirer pendant un effort par rapport à d'habitude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3453A03A" w14:textId="77777777" w:rsidR="005F5BA3" w:rsidRPr="005F5BA3" w:rsidRDefault="005F5BA3" w:rsidP="005F5BA3">
            <w:pPr>
              <w:ind w:right="3"/>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07368FF0" w14:textId="77777777" w:rsidR="005F5BA3" w:rsidRPr="005F5BA3" w:rsidRDefault="005F5BA3" w:rsidP="005F5BA3">
            <w:pPr>
              <w:ind w:right="1"/>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340B3465" w14:textId="77777777" w:rsidTr="009864D4">
        <w:trPr>
          <w:trHeight w:val="576"/>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59C0DA2D" w14:textId="77777777" w:rsidR="005F5BA3" w:rsidRPr="005F5BA3" w:rsidRDefault="005F5BA3" w:rsidP="005F5BA3">
            <w:pPr>
              <w:ind w:left="6"/>
              <w:jc w:val="both"/>
              <w:rPr>
                <w:rFonts w:ascii="Trebuchet MS" w:eastAsia="Trebuchet MS" w:hAnsi="Trebuchet MS" w:cs="Trebuchet MS"/>
              </w:rPr>
            </w:pPr>
            <w:r w:rsidRPr="005F5BA3">
              <w:rPr>
                <w:rFonts w:ascii="Century Gothic" w:eastAsia="Century Gothic" w:hAnsi="Century Gothic" w:cs="Century Gothic"/>
                <w:b/>
                <w:sz w:val="18"/>
              </w:rPr>
              <w:t>As-tu eu beaucoup de mal à respirer après un effort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567ED127" w14:textId="77777777" w:rsidR="005F5BA3" w:rsidRPr="005F5BA3" w:rsidRDefault="005F5BA3" w:rsidP="005F5BA3">
            <w:pPr>
              <w:ind w:right="3"/>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5A2AB915" w14:textId="77777777" w:rsidR="005F5BA3" w:rsidRPr="005F5BA3" w:rsidRDefault="005F5BA3" w:rsidP="005F5BA3">
            <w:pPr>
              <w:ind w:right="1"/>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23F5954D" w14:textId="77777777" w:rsidTr="009864D4">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2CE5D165" w14:textId="77777777" w:rsidR="005F5BA3" w:rsidRPr="005F5BA3" w:rsidRDefault="005F5BA3" w:rsidP="005F5BA3">
            <w:pPr>
              <w:ind w:left="6"/>
              <w:jc w:val="both"/>
              <w:rPr>
                <w:rFonts w:ascii="Trebuchet MS" w:eastAsia="Trebuchet MS" w:hAnsi="Trebuchet MS" w:cs="Trebuchet MS"/>
              </w:rPr>
            </w:pPr>
            <w:r w:rsidRPr="005F5BA3">
              <w:rPr>
                <w:rFonts w:ascii="Century Gothic" w:eastAsia="Century Gothic" w:hAnsi="Century Gothic" w:cs="Century Gothic"/>
                <w:b/>
                <w:sz w:val="18"/>
              </w:rPr>
              <w:t>As-tu eu mal dans la poitrine ou des palpitations (le cœur qui bat très vite)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079EED35" w14:textId="77777777" w:rsidR="005F5BA3" w:rsidRPr="005F5BA3" w:rsidRDefault="005F5BA3" w:rsidP="005F5BA3">
            <w:pPr>
              <w:ind w:right="3"/>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76FEB1BD" w14:textId="77777777" w:rsidR="005F5BA3" w:rsidRPr="005F5BA3" w:rsidRDefault="005F5BA3" w:rsidP="005F5BA3">
            <w:pPr>
              <w:ind w:right="1"/>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514FBE80" w14:textId="77777777" w:rsidTr="009864D4">
        <w:trPr>
          <w:trHeight w:val="763"/>
        </w:trPr>
        <w:tc>
          <w:tcPr>
            <w:tcW w:w="7653" w:type="dxa"/>
            <w:tcBorders>
              <w:top w:val="double" w:sz="5" w:space="0" w:color="000000"/>
              <w:left w:val="nil"/>
              <w:bottom w:val="single" w:sz="6" w:space="0" w:color="D8D8D8"/>
              <w:right w:val="double" w:sz="5" w:space="0" w:color="000000"/>
            </w:tcBorders>
            <w:shd w:val="clear" w:color="auto" w:fill="EEEEEE"/>
            <w:vAlign w:val="center"/>
          </w:tcPr>
          <w:p w14:paraId="1F6D6558" w14:textId="77777777" w:rsidR="005F5BA3" w:rsidRPr="005F5BA3" w:rsidRDefault="005F5BA3" w:rsidP="005F5BA3">
            <w:pPr>
              <w:ind w:left="6"/>
              <w:jc w:val="both"/>
              <w:rPr>
                <w:rFonts w:ascii="Trebuchet MS" w:eastAsia="Trebuchet MS" w:hAnsi="Trebuchet MS" w:cs="Trebuchet MS"/>
              </w:rPr>
            </w:pPr>
            <w:r w:rsidRPr="005F5BA3">
              <w:rPr>
                <w:rFonts w:ascii="Century Gothic" w:eastAsia="Century Gothic" w:hAnsi="Century Gothic" w:cs="Century Gothic"/>
                <w:b/>
                <w:sz w:val="18"/>
              </w:rPr>
              <w:t>As-tu commencé à prendre un nouveau médicament tous les jours et pour longtemps ?</w:t>
            </w:r>
          </w:p>
        </w:tc>
        <w:tc>
          <w:tcPr>
            <w:tcW w:w="995" w:type="dxa"/>
            <w:tcBorders>
              <w:top w:val="double" w:sz="5" w:space="0" w:color="000000"/>
              <w:left w:val="double" w:sz="5" w:space="0" w:color="000000"/>
              <w:bottom w:val="single" w:sz="6" w:space="0" w:color="D8D8D8"/>
              <w:right w:val="double" w:sz="5" w:space="0" w:color="000000"/>
            </w:tcBorders>
            <w:shd w:val="clear" w:color="auto" w:fill="EEEEEE"/>
            <w:vAlign w:val="center"/>
          </w:tcPr>
          <w:p w14:paraId="42D5A78D" w14:textId="77777777" w:rsidR="005F5BA3" w:rsidRPr="005F5BA3" w:rsidRDefault="005F5BA3" w:rsidP="005F5BA3">
            <w:pPr>
              <w:ind w:right="3"/>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single" w:sz="6" w:space="0" w:color="D8D8D8"/>
              <w:right w:val="nil"/>
            </w:tcBorders>
            <w:shd w:val="clear" w:color="auto" w:fill="EEEEEE"/>
            <w:vAlign w:val="center"/>
          </w:tcPr>
          <w:p w14:paraId="1989AA1C" w14:textId="77777777" w:rsidR="005F5BA3" w:rsidRPr="005F5BA3" w:rsidRDefault="005F5BA3" w:rsidP="005F5BA3">
            <w:pPr>
              <w:ind w:right="1"/>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4C364E82"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7B4C1587" w14:textId="77777777" w:rsidR="005F5BA3" w:rsidRPr="005F5BA3" w:rsidRDefault="005F5BA3" w:rsidP="005F5BA3">
            <w:pPr>
              <w:jc w:val="both"/>
              <w:rPr>
                <w:rFonts w:ascii="Trebuchet MS" w:eastAsia="Trebuchet MS" w:hAnsi="Trebuchet MS" w:cs="Trebuchet MS"/>
              </w:rPr>
            </w:pPr>
            <w:r w:rsidRPr="005F5BA3">
              <w:rPr>
                <w:rFonts w:ascii="Century Gothic" w:eastAsia="Century Gothic" w:hAnsi="Century Gothic" w:cs="Century Gothic"/>
                <w:b/>
                <w:sz w:val="18"/>
              </w:rPr>
              <w:t>As-tu arrêté le sport à cause d'un problème de santé pendant un mois ou plus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30E2E4DD" w14:textId="77777777" w:rsidR="005F5BA3" w:rsidRPr="005F5BA3" w:rsidRDefault="005F5BA3" w:rsidP="005F5BA3">
            <w:pPr>
              <w:ind w:left="9"/>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0B72BFD7" w14:textId="77777777" w:rsidR="005F5BA3" w:rsidRPr="005F5BA3" w:rsidRDefault="005F5BA3" w:rsidP="005F5BA3">
            <w:pPr>
              <w:ind w:left="12"/>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F5664C" w14:paraId="40C791F9"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143261"/>
            <w:vAlign w:val="center"/>
          </w:tcPr>
          <w:p w14:paraId="5A6E9BEE" w14:textId="77777777" w:rsidR="005F5BA3" w:rsidRPr="005F5BA3" w:rsidRDefault="005F5BA3" w:rsidP="005F5BA3">
            <w:pPr>
              <w:jc w:val="both"/>
              <w:rPr>
                <w:rFonts w:ascii="Trebuchet MS" w:eastAsia="Trebuchet MS" w:hAnsi="Trebuchet MS" w:cs="Trebuchet MS"/>
              </w:rPr>
            </w:pPr>
            <w:r w:rsidRPr="005F5BA3">
              <w:rPr>
                <w:rFonts w:ascii="Century Gothic" w:eastAsia="Century Gothic" w:hAnsi="Century Gothic" w:cs="Century Gothic"/>
                <w:b/>
                <w:color w:val="FFFFFF"/>
                <w:sz w:val="20"/>
              </w:rPr>
              <w:t>Depuis un certain temps (plus de 2 semaines)</w:t>
            </w:r>
          </w:p>
        </w:tc>
        <w:tc>
          <w:tcPr>
            <w:tcW w:w="995" w:type="dxa"/>
            <w:tcBorders>
              <w:top w:val="double" w:sz="5" w:space="0" w:color="000000"/>
              <w:left w:val="double" w:sz="5" w:space="0" w:color="000000"/>
              <w:bottom w:val="double" w:sz="5" w:space="0" w:color="000000"/>
              <w:right w:val="double" w:sz="5" w:space="0" w:color="000000"/>
            </w:tcBorders>
            <w:shd w:val="clear" w:color="auto" w:fill="143261"/>
          </w:tcPr>
          <w:p w14:paraId="6060D6F8" w14:textId="77777777" w:rsidR="005F5BA3" w:rsidRPr="005F5BA3" w:rsidRDefault="005F5BA3" w:rsidP="005F5BA3">
            <w:pPr>
              <w:jc w:val="both"/>
              <w:rPr>
                <w:rFonts w:ascii="Trebuchet MS" w:eastAsia="Trebuchet MS" w:hAnsi="Trebuchet MS" w:cs="Trebuchet MS"/>
              </w:rPr>
            </w:pPr>
          </w:p>
        </w:tc>
        <w:tc>
          <w:tcPr>
            <w:tcW w:w="992" w:type="dxa"/>
            <w:tcBorders>
              <w:top w:val="double" w:sz="5" w:space="0" w:color="000000"/>
              <w:left w:val="double" w:sz="5" w:space="0" w:color="000000"/>
              <w:bottom w:val="double" w:sz="5" w:space="0" w:color="000000"/>
              <w:right w:val="nil"/>
            </w:tcBorders>
            <w:shd w:val="clear" w:color="auto" w:fill="143261"/>
          </w:tcPr>
          <w:p w14:paraId="7E23DC4E" w14:textId="77777777" w:rsidR="005F5BA3" w:rsidRPr="005F5BA3" w:rsidRDefault="005F5BA3" w:rsidP="005F5BA3">
            <w:pPr>
              <w:jc w:val="both"/>
              <w:rPr>
                <w:rFonts w:ascii="Trebuchet MS" w:eastAsia="Trebuchet MS" w:hAnsi="Trebuchet MS" w:cs="Trebuchet MS"/>
              </w:rPr>
            </w:pPr>
          </w:p>
        </w:tc>
      </w:tr>
      <w:tr w:rsidR="005F5BA3" w:rsidRPr="005F5BA3" w14:paraId="7988A2BC"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4337DE31" w14:textId="77777777" w:rsidR="005F5BA3" w:rsidRPr="005F5BA3" w:rsidRDefault="005F5BA3" w:rsidP="005F5BA3">
            <w:pPr>
              <w:jc w:val="both"/>
              <w:rPr>
                <w:rFonts w:ascii="Trebuchet MS" w:eastAsia="Trebuchet MS" w:hAnsi="Trebuchet MS" w:cs="Trebuchet MS"/>
              </w:rPr>
            </w:pPr>
            <w:r w:rsidRPr="005F5BA3">
              <w:rPr>
                <w:rFonts w:ascii="Century Gothic" w:eastAsia="Century Gothic" w:hAnsi="Century Gothic" w:cs="Century Gothic"/>
                <w:b/>
                <w:sz w:val="18"/>
              </w:rPr>
              <w:t>Te sens-tu très fatigué (e)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5153C462" w14:textId="77777777" w:rsidR="005F5BA3" w:rsidRPr="005F5BA3" w:rsidRDefault="005F5BA3" w:rsidP="005F5BA3">
            <w:pPr>
              <w:ind w:left="9"/>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15A1C17D" w14:textId="77777777" w:rsidR="005F5BA3" w:rsidRPr="005F5BA3" w:rsidRDefault="005F5BA3" w:rsidP="005F5BA3">
            <w:pPr>
              <w:ind w:left="12"/>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52DDD975"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09D80DB2" w14:textId="77777777" w:rsidR="005F5BA3" w:rsidRPr="005F5BA3" w:rsidRDefault="005F5BA3" w:rsidP="005F5BA3">
            <w:pPr>
              <w:jc w:val="both"/>
              <w:rPr>
                <w:rFonts w:ascii="Trebuchet MS" w:eastAsia="Trebuchet MS" w:hAnsi="Trebuchet MS" w:cs="Trebuchet MS"/>
              </w:rPr>
            </w:pPr>
            <w:r w:rsidRPr="005F5BA3">
              <w:rPr>
                <w:rFonts w:ascii="Century Gothic" w:eastAsia="Century Gothic" w:hAnsi="Century Gothic" w:cs="Century Gothic"/>
                <w:b/>
                <w:sz w:val="18"/>
              </w:rPr>
              <w:t>As-tu du mal à t'endormir ou te réveilles-tu souvent dans la nuit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409221D5" w14:textId="77777777" w:rsidR="005F5BA3" w:rsidRPr="005F5BA3" w:rsidRDefault="005F5BA3" w:rsidP="005F5BA3">
            <w:pPr>
              <w:ind w:left="9"/>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4128BCC0" w14:textId="77777777" w:rsidR="005F5BA3" w:rsidRPr="005F5BA3" w:rsidRDefault="005F5BA3" w:rsidP="005F5BA3">
            <w:pPr>
              <w:ind w:left="12"/>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339FCEAE"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23EC30D4" w14:textId="77777777" w:rsidR="005F5BA3" w:rsidRPr="005F5BA3" w:rsidRDefault="005F5BA3" w:rsidP="005F5BA3">
            <w:pPr>
              <w:jc w:val="both"/>
              <w:rPr>
                <w:rFonts w:ascii="Trebuchet MS" w:eastAsia="Trebuchet MS" w:hAnsi="Trebuchet MS" w:cs="Trebuchet MS"/>
              </w:rPr>
            </w:pPr>
            <w:r w:rsidRPr="005F5BA3">
              <w:rPr>
                <w:rFonts w:ascii="Century Gothic" w:eastAsia="Century Gothic" w:hAnsi="Century Gothic" w:cs="Century Gothic"/>
                <w:b/>
                <w:sz w:val="18"/>
              </w:rPr>
              <w:t>Sens-tu que tu as moins faim ? que tu manges moins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3719E7E5" w14:textId="77777777" w:rsidR="005F5BA3" w:rsidRPr="005F5BA3" w:rsidRDefault="005F5BA3" w:rsidP="005F5BA3">
            <w:pPr>
              <w:ind w:left="9"/>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77E1FC7A" w14:textId="77777777" w:rsidR="005F5BA3" w:rsidRPr="005F5BA3" w:rsidRDefault="005F5BA3" w:rsidP="005F5BA3">
            <w:pPr>
              <w:ind w:left="12"/>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765D6B97"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14C8B484" w14:textId="77777777" w:rsidR="005F5BA3" w:rsidRPr="005F5BA3" w:rsidRDefault="005F5BA3" w:rsidP="005F5BA3">
            <w:pPr>
              <w:jc w:val="both"/>
              <w:rPr>
                <w:rFonts w:ascii="Trebuchet MS" w:eastAsia="Trebuchet MS" w:hAnsi="Trebuchet MS" w:cs="Trebuchet MS"/>
              </w:rPr>
            </w:pPr>
            <w:r w:rsidRPr="005F5BA3">
              <w:rPr>
                <w:rFonts w:ascii="Century Gothic" w:eastAsia="Century Gothic" w:hAnsi="Century Gothic" w:cs="Century Gothic"/>
                <w:b/>
                <w:sz w:val="18"/>
              </w:rPr>
              <w:t>Te sens-tu triste ou inquiet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72C1F47B" w14:textId="77777777" w:rsidR="005F5BA3" w:rsidRPr="005F5BA3" w:rsidRDefault="005F5BA3" w:rsidP="005F5BA3">
            <w:pPr>
              <w:ind w:left="9"/>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15CD0C4C" w14:textId="77777777" w:rsidR="005F5BA3" w:rsidRPr="005F5BA3" w:rsidRDefault="005F5BA3" w:rsidP="005F5BA3">
            <w:pPr>
              <w:ind w:left="12"/>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1F68B07D"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78F57198" w14:textId="77777777" w:rsidR="005F5BA3" w:rsidRPr="005F5BA3" w:rsidRDefault="005F5BA3" w:rsidP="005F5BA3">
            <w:pPr>
              <w:jc w:val="both"/>
              <w:rPr>
                <w:rFonts w:ascii="Trebuchet MS" w:eastAsia="Trebuchet MS" w:hAnsi="Trebuchet MS" w:cs="Trebuchet MS"/>
              </w:rPr>
            </w:pPr>
            <w:r w:rsidRPr="005F5BA3">
              <w:rPr>
                <w:rFonts w:ascii="Century Gothic" w:eastAsia="Century Gothic" w:hAnsi="Century Gothic" w:cs="Century Gothic"/>
                <w:b/>
                <w:sz w:val="18"/>
              </w:rPr>
              <w:t>Pleures-tu plus souvent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7B13CA3A" w14:textId="77777777" w:rsidR="005F5BA3" w:rsidRPr="005F5BA3" w:rsidRDefault="005F5BA3" w:rsidP="005F5BA3">
            <w:pPr>
              <w:ind w:left="9"/>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41421692" w14:textId="77777777" w:rsidR="005F5BA3" w:rsidRPr="005F5BA3" w:rsidRDefault="005F5BA3" w:rsidP="005F5BA3">
            <w:pPr>
              <w:ind w:left="12"/>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25778C10" w14:textId="77777777" w:rsidTr="009864D4">
        <w:tblPrEx>
          <w:tblCellMar>
            <w:top w:w="0" w:type="dxa"/>
            <w:left w:w="152" w:type="dxa"/>
            <w:right w:w="157" w:type="dxa"/>
          </w:tblCellMar>
        </w:tblPrEx>
        <w:trPr>
          <w:trHeight w:val="772"/>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0E476FE6" w14:textId="77777777" w:rsidR="005F5BA3" w:rsidRPr="005F5BA3" w:rsidRDefault="005F5BA3" w:rsidP="005F5BA3">
            <w:pPr>
              <w:jc w:val="both"/>
              <w:rPr>
                <w:rFonts w:ascii="Trebuchet MS" w:eastAsia="Trebuchet MS" w:hAnsi="Trebuchet MS" w:cs="Trebuchet MS"/>
              </w:rPr>
            </w:pPr>
            <w:r w:rsidRPr="005F5BA3">
              <w:rPr>
                <w:rFonts w:ascii="Century Gothic" w:eastAsia="Century Gothic" w:hAnsi="Century Gothic" w:cs="Century Gothic"/>
                <w:b/>
                <w:sz w:val="18"/>
              </w:rPr>
              <w:t>Ressens-tu une douleur ou un manque de force à cause d'une blessure que tu t'es faite cette année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659C7EC7" w14:textId="77777777" w:rsidR="005F5BA3" w:rsidRPr="005F5BA3" w:rsidRDefault="005F5BA3" w:rsidP="005F5BA3">
            <w:pPr>
              <w:ind w:left="9"/>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3FB88949" w14:textId="77777777" w:rsidR="005F5BA3" w:rsidRPr="005F5BA3" w:rsidRDefault="005F5BA3" w:rsidP="005F5BA3">
            <w:pPr>
              <w:ind w:left="12"/>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rsidRPr="005F5BA3" w14:paraId="677C3871"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143261"/>
            <w:vAlign w:val="center"/>
          </w:tcPr>
          <w:p w14:paraId="764513C8" w14:textId="77777777" w:rsidR="005F5BA3" w:rsidRPr="005F5BA3" w:rsidRDefault="005F5BA3" w:rsidP="005F5BA3">
            <w:pPr>
              <w:jc w:val="both"/>
              <w:rPr>
                <w:rFonts w:ascii="Trebuchet MS" w:eastAsia="Trebuchet MS" w:hAnsi="Trebuchet MS" w:cs="Trebuchet MS"/>
              </w:rPr>
            </w:pPr>
            <w:r w:rsidRPr="005F5BA3">
              <w:rPr>
                <w:rFonts w:ascii="Century Gothic" w:eastAsia="Century Gothic" w:hAnsi="Century Gothic" w:cs="Century Gothic"/>
                <w:b/>
                <w:color w:val="FFFFFF"/>
                <w:sz w:val="20"/>
              </w:rPr>
              <w:t>Aujourd'hui</w:t>
            </w:r>
          </w:p>
        </w:tc>
        <w:tc>
          <w:tcPr>
            <w:tcW w:w="995" w:type="dxa"/>
            <w:tcBorders>
              <w:top w:val="double" w:sz="5" w:space="0" w:color="000000"/>
              <w:left w:val="double" w:sz="5" w:space="0" w:color="000000"/>
              <w:bottom w:val="double" w:sz="5" w:space="0" w:color="000000"/>
              <w:right w:val="double" w:sz="5" w:space="0" w:color="000000"/>
            </w:tcBorders>
            <w:shd w:val="clear" w:color="auto" w:fill="143261"/>
          </w:tcPr>
          <w:p w14:paraId="5314D4EB" w14:textId="77777777" w:rsidR="005F5BA3" w:rsidRPr="005F5BA3" w:rsidRDefault="005F5BA3" w:rsidP="005F5BA3">
            <w:pPr>
              <w:jc w:val="both"/>
              <w:rPr>
                <w:rFonts w:ascii="Trebuchet MS" w:eastAsia="Trebuchet MS" w:hAnsi="Trebuchet MS" w:cs="Trebuchet MS"/>
              </w:rPr>
            </w:pPr>
          </w:p>
        </w:tc>
        <w:tc>
          <w:tcPr>
            <w:tcW w:w="992" w:type="dxa"/>
            <w:tcBorders>
              <w:top w:val="double" w:sz="5" w:space="0" w:color="000000"/>
              <w:left w:val="double" w:sz="5" w:space="0" w:color="000000"/>
              <w:bottom w:val="double" w:sz="5" w:space="0" w:color="000000"/>
              <w:right w:val="nil"/>
            </w:tcBorders>
            <w:shd w:val="clear" w:color="auto" w:fill="143261"/>
          </w:tcPr>
          <w:p w14:paraId="61391F8C" w14:textId="77777777" w:rsidR="005F5BA3" w:rsidRPr="005F5BA3" w:rsidRDefault="005F5BA3" w:rsidP="005F5BA3">
            <w:pPr>
              <w:jc w:val="both"/>
              <w:rPr>
                <w:rFonts w:ascii="Trebuchet MS" w:eastAsia="Trebuchet MS" w:hAnsi="Trebuchet MS" w:cs="Trebuchet MS"/>
              </w:rPr>
            </w:pPr>
          </w:p>
        </w:tc>
      </w:tr>
      <w:tr w:rsidR="005F5BA3" w:rsidRPr="005F5BA3" w14:paraId="729C5115"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238E2730" w14:textId="77777777" w:rsidR="005F5BA3" w:rsidRPr="005F5BA3" w:rsidRDefault="005F5BA3" w:rsidP="005F5BA3">
            <w:pPr>
              <w:jc w:val="both"/>
              <w:rPr>
                <w:rFonts w:ascii="Trebuchet MS" w:eastAsia="Trebuchet MS" w:hAnsi="Trebuchet MS" w:cs="Trebuchet MS"/>
              </w:rPr>
            </w:pPr>
            <w:r w:rsidRPr="005F5BA3">
              <w:rPr>
                <w:rFonts w:ascii="Century Gothic" w:eastAsia="Century Gothic" w:hAnsi="Century Gothic" w:cs="Century Gothic"/>
                <w:b/>
                <w:sz w:val="18"/>
              </w:rPr>
              <w:t>Penses-tu quelquefois à arrêter de faire du sport ou à changer de sport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1F8211A4" w14:textId="77777777" w:rsidR="005F5BA3" w:rsidRPr="005F5BA3" w:rsidRDefault="005F5BA3" w:rsidP="005F5BA3">
            <w:pPr>
              <w:ind w:left="9"/>
              <w:jc w:val="both"/>
              <w:rPr>
                <w:rFonts w:ascii="Trebuchet MS" w:eastAsia="Trebuchet MS" w:hAnsi="Trebuchet MS" w:cs="Trebuchet MS"/>
              </w:rPr>
            </w:pPr>
            <w:r w:rsidRPr="005F5BA3">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5BEB72B4" w14:textId="77777777" w:rsidR="005F5BA3" w:rsidRPr="005F5BA3" w:rsidRDefault="005F5BA3" w:rsidP="005F5BA3">
            <w:pPr>
              <w:ind w:left="12"/>
              <w:jc w:val="both"/>
              <w:rPr>
                <w:rFonts w:ascii="Trebuchet MS" w:eastAsia="Trebuchet MS" w:hAnsi="Trebuchet MS" w:cs="Trebuchet MS"/>
              </w:rPr>
            </w:pPr>
            <w:r w:rsidRPr="005F5BA3">
              <w:rPr>
                <w:rFonts w:ascii="Century Gothic" w:eastAsia="Century Gothic" w:hAnsi="Century Gothic" w:cs="Century Gothic"/>
                <w:b/>
                <w:sz w:val="20"/>
              </w:rPr>
              <w:t>□</w:t>
            </w:r>
          </w:p>
        </w:tc>
      </w:tr>
      <w:tr w:rsidR="005F5BA3" w14:paraId="4D8CFEB8"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5EA5A6EC" w14:textId="77777777" w:rsidR="005F5BA3" w:rsidRDefault="005F5BA3" w:rsidP="007A7735">
            <w:pPr>
              <w:jc w:val="both"/>
            </w:pPr>
            <w:r>
              <w:rPr>
                <w:rFonts w:ascii="Century Gothic" w:eastAsia="Century Gothic" w:hAnsi="Century Gothic" w:cs="Century Gothic"/>
                <w:b/>
                <w:sz w:val="18"/>
              </w:rPr>
              <w:t>Penses-tu avoir besoin de voir ton médecin pour continuer le sport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140192FD" w14:textId="77777777" w:rsidR="005F5BA3" w:rsidRDefault="005F5BA3" w:rsidP="007A7735">
            <w:pPr>
              <w:ind w:left="9"/>
              <w:jc w:val="both"/>
            </w:pPr>
            <w:r>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1B70B2ED" w14:textId="77777777" w:rsidR="005F5BA3" w:rsidRDefault="005F5BA3" w:rsidP="007A7735">
            <w:pPr>
              <w:ind w:left="12"/>
              <w:jc w:val="both"/>
            </w:pPr>
            <w:r>
              <w:rPr>
                <w:rFonts w:ascii="Century Gothic" w:eastAsia="Century Gothic" w:hAnsi="Century Gothic" w:cs="Century Gothic"/>
                <w:b/>
                <w:sz w:val="20"/>
              </w:rPr>
              <w:t>□</w:t>
            </w:r>
          </w:p>
        </w:tc>
      </w:tr>
      <w:tr w:rsidR="005F5BA3" w14:paraId="7561DF52"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3514C3C4" w14:textId="77777777" w:rsidR="005F5BA3" w:rsidRDefault="005F5BA3" w:rsidP="007A7735">
            <w:pPr>
              <w:jc w:val="both"/>
            </w:pPr>
            <w:r>
              <w:rPr>
                <w:rFonts w:ascii="Century Gothic" w:eastAsia="Century Gothic" w:hAnsi="Century Gothic" w:cs="Century Gothic"/>
                <w:b/>
                <w:sz w:val="18"/>
              </w:rPr>
              <w:t>Souhaites-tu signaler quelque chose de plus concernant ta santé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78A717C2" w14:textId="77777777" w:rsidR="005F5BA3" w:rsidRDefault="005F5BA3" w:rsidP="007A7735">
            <w:pPr>
              <w:ind w:left="9"/>
              <w:jc w:val="both"/>
            </w:pPr>
            <w:r>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3D475A59" w14:textId="77777777" w:rsidR="005F5BA3" w:rsidRDefault="005F5BA3" w:rsidP="007A7735">
            <w:pPr>
              <w:ind w:left="12"/>
              <w:jc w:val="both"/>
            </w:pPr>
            <w:r>
              <w:rPr>
                <w:rFonts w:ascii="Century Gothic" w:eastAsia="Century Gothic" w:hAnsi="Century Gothic" w:cs="Century Gothic"/>
                <w:b/>
                <w:sz w:val="20"/>
              </w:rPr>
              <w:t>□</w:t>
            </w:r>
          </w:p>
        </w:tc>
      </w:tr>
      <w:tr w:rsidR="005F5BA3" w:rsidRPr="00F5664C" w14:paraId="56DDB099"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143261"/>
            <w:vAlign w:val="center"/>
          </w:tcPr>
          <w:p w14:paraId="46C14892" w14:textId="77777777" w:rsidR="005F5BA3" w:rsidRDefault="005F5BA3" w:rsidP="007A7735">
            <w:pPr>
              <w:jc w:val="both"/>
            </w:pPr>
            <w:r>
              <w:rPr>
                <w:rFonts w:ascii="Century Gothic" w:eastAsia="Century Gothic" w:hAnsi="Century Gothic" w:cs="Century Gothic"/>
                <w:b/>
                <w:color w:val="FFFFFF"/>
                <w:sz w:val="20"/>
              </w:rPr>
              <w:t>Questions à faire remplir par tes parents</w:t>
            </w:r>
          </w:p>
        </w:tc>
        <w:tc>
          <w:tcPr>
            <w:tcW w:w="995" w:type="dxa"/>
            <w:tcBorders>
              <w:top w:val="double" w:sz="5" w:space="0" w:color="000000"/>
              <w:left w:val="double" w:sz="5" w:space="0" w:color="000000"/>
              <w:bottom w:val="double" w:sz="5" w:space="0" w:color="000000"/>
              <w:right w:val="double" w:sz="5" w:space="0" w:color="000000"/>
            </w:tcBorders>
            <w:shd w:val="clear" w:color="auto" w:fill="143261"/>
          </w:tcPr>
          <w:p w14:paraId="0009E594" w14:textId="77777777" w:rsidR="005F5BA3" w:rsidRDefault="005F5BA3" w:rsidP="007A7735">
            <w:pPr>
              <w:jc w:val="both"/>
            </w:pPr>
          </w:p>
        </w:tc>
        <w:tc>
          <w:tcPr>
            <w:tcW w:w="992" w:type="dxa"/>
            <w:tcBorders>
              <w:top w:val="double" w:sz="5" w:space="0" w:color="000000"/>
              <w:left w:val="double" w:sz="5" w:space="0" w:color="000000"/>
              <w:bottom w:val="double" w:sz="5" w:space="0" w:color="000000"/>
              <w:right w:val="nil"/>
            </w:tcBorders>
            <w:shd w:val="clear" w:color="auto" w:fill="143261"/>
          </w:tcPr>
          <w:p w14:paraId="16B91EC2" w14:textId="77777777" w:rsidR="005F5BA3" w:rsidRDefault="005F5BA3" w:rsidP="007A7735">
            <w:pPr>
              <w:jc w:val="both"/>
            </w:pPr>
          </w:p>
        </w:tc>
      </w:tr>
      <w:tr w:rsidR="005F5BA3" w14:paraId="0C738457" w14:textId="77777777" w:rsidTr="009864D4">
        <w:tblPrEx>
          <w:tblCellMar>
            <w:top w:w="0" w:type="dxa"/>
            <w:left w:w="152" w:type="dxa"/>
            <w:right w:w="157" w:type="dxa"/>
          </w:tblCellMar>
        </w:tblPrEx>
        <w:trPr>
          <w:trHeight w:val="774"/>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11CCC6F4" w14:textId="77777777" w:rsidR="005F5BA3" w:rsidRDefault="005F5BA3" w:rsidP="007A7735">
            <w:pPr>
              <w:jc w:val="both"/>
            </w:pPr>
            <w:r>
              <w:rPr>
                <w:rFonts w:ascii="Century Gothic" w:eastAsia="Century Gothic" w:hAnsi="Century Gothic" w:cs="Century Gothic"/>
                <w:b/>
                <w:sz w:val="18"/>
              </w:rPr>
              <w:t>Quelqu'un dans votre famille proche a-t-il eu une maladie grave du cœur ou du cerveau, ou est-il décédé subitement avant l'âge de 50 ans ?</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77F93915" w14:textId="77777777" w:rsidR="005F5BA3" w:rsidRDefault="005F5BA3" w:rsidP="007A7735">
            <w:pPr>
              <w:ind w:left="9"/>
              <w:jc w:val="both"/>
            </w:pPr>
            <w:r>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2F0FCE8B" w14:textId="77777777" w:rsidR="005F5BA3" w:rsidRDefault="005F5BA3" w:rsidP="007A7735">
            <w:pPr>
              <w:ind w:left="12"/>
              <w:jc w:val="both"/>
            </w:pPr>
            <w:r>
              <w:rPr>
                <w:rFonts w:ascii="Century Gothic" w:eastAsia="Century Gothic" w:hAnsi="Century Gothic" w:cs="Century Gothic"/>
                <w:b/>
                <w:sz w:val="20"/>
              </w:rPr>
              <w:t>□</w:t>
            </w:r>
          </w:p>
        </w:tc>
      </w:tr>
      <w:tr w:rsidR="005F5BA3" w14:paraId="0AA1F2EA" w14:textId="77777777" w:rsidTr="009864D4">
        <w:tblPrEx>
          <w:tblCellMar>
            <w:top w:w="0" w:type="dxa"/>
            <w:left w:w="152" w:type="dxa"/>
            <w:right w:w="157" w:type="dxa"/>
          </w:tblCellMar>
        </w:tblPrEx>
        <w:trPr>
          <w:trHeight w:val="576"/>
        </w:trPr>
        <w:tc>
          <w:tcPr>
            <w:tcW w:w="7653" w:type="dxa"/>
            <w:tcBorders>
              <w:top w:val="double" w:sz="5" w:space="0" w:color="000000"/>
              <w:left w:val="nil"/>
              <w:bottom w:val="double" w:sz="5" w:space="0" w:color="000000"/>
              <w:right w:val="double" w:sz="5" w:space="0" w:color="000000"/>
            </w:tcBorders>
            <w:shd w:val="clear" w:color="auto" w:fill="F5F5F5"/>
            <w:vAlign w:val="center"/>
          </w:tcPr>
          <w:p w14:paraId="46A8A8EA" w14:textId="77777777" w:rsidR="005F5BA3" w:rsidRDefault="005F5BA3" w:rsidP="007A7735">
            <w:pPr>
              <w:jc w:val="both"/>
            </w:pPr>
            <w:r>
              <w:rPr>
                <w:rFonts w:ascii="Century Gothic" w:eastAsia="Century Gothic" w:hAnsi="Century Gothic" w:cs="Century Gothic"/>
                <w:b/>
                <w:sz w:val="18"/>
              </w:rPr>
              <w:t>Etes-vous inquiet pour son poids ? Trouvez-vous qu'il se nourrit trop ou pas assez ?</w:t>
            </w:r>
          </w:p>
        </w:tc>
        <w:tc>
          <w:tcPr>
            <w:tcW w:w="995" w:type="dxa"/>
            <w:tcBorders>
              <w:top w:val="double" w:sz="5" w:space="0" w:color="000000"/>
              <w:left w:val="double" w:sz="5" w:space="0" w:color="000000"/>
              <w:bottom w:val="double" w:sz="5" w:space="0" w:color="000000"/>
              <w:right w:val="double" w:sz="5" w:space="0" w:color="000000"/>
            </w:tcBorders>
            <w:shd w:val="clear" w:color="auto" w:fill="F5F5F5"/>
            <w:vAlign w:val="center"/>
          </w:tcPr>
          <w:p w14:paraId="4F64F266" w14:textId="77777777" w:rsidR="005F5BA3" w:rsidRDefault="005F5BA3" w:rsidP="007A7735">
            <w:pPr>
              <w:ind w:left="9"/>
              <w:jc w:val="both"/>
            </w:pPr>
            <w:r>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F5F5F5"/>
            <w:vAlign w:val="center"/>
          </w:tcPr>
          <w:p w14:paraId="6EB40147" w14:textId="77777777" w:rsidR="005F5BA3" w:rsidRDefault="005F5BA3" w:rsidP="007A7735">
            <w:pPr>
              <w:ind w:left="12"/>
              <w:jc w:val="both"/>
            </w:pPr>
            <w:r>
              <w:rPr>
                <w:rFonts w:ascii="Century Gothic" w:eastAsia="Century Gothic" w:hAnsi="Century Gothic" w:cs="Century Gothic"/>
                <w:b/>
                <w:sz w:val="20"/>
              </w:rPr>
              <w:t>□</w:t>
            </w:r>
          </w:p>
        </w:tc>
      </w:tr>
      <w:tr w:rsidR="005F5BA3" w14:paraId="795DF652" w14:textId="77777777" w:rsidTr="009864D4">
        <w:tblPrEx>
          <w:tblCellMar>
            <w:top w:w="0" w:type="dxa"/>
            <w:left w:w="152" w:type="dxa"/>
            <w:right w:w="157" w:type="dxa"/>
          </w:tblCellMar>
        </w:tblPrEx>
        <w:trPr>
          <w:trHeight w:val="1214"/>
        </w:trPr>
        <w:tc>
          <w:tcPr>
            <w:tcW w:w="7653" w:type="dxa"/>
            <w:tcBorders>
              <w:top w:val="double" w:sz="5" w:space="0" w:color="000000"/>
              <w:left w:val="nil"/>
              <w:bottom w:val="double" w:sz="5" w:space="0" w:color="000000"/>
              <w:right w:val="double" w:sz="5" w:space="0" w:color="000000"/>
            </w:tcBorders>
            <w:shd w:val="clear" w:color="auto" w:fill="EEEEEE"/>
            <w:vAlign w:val="center"/>
          </w:tcPr>
          <w:p w14:paraId="01F0A0B3" w14:textId="77777777" w:rsidR="005F5BA3" w:rsidRDefault="005F5BA3" w:rsidP="007A7735">
            <w:pPr>
              <w:spacing w:after="2" w:line="239" w:lineRule="auto"/>
              <w:jc w:val="both"/>
            </w:pPr>
            <w:r>
              <w:rPr>
                <w:rFonts w:ascii="Century Gothic" w:eastAsia="Century Gothic" w:hAnsi="Century Gothic" w:cs="Century Gothic"/>
                <w:b/>
                <w:sz w:val="18"/>
              </w:rPr>
              <w:t>Avez-vous manqué l'examen de santé prévu à l'âge de votre enfant chez le médecin ?</w:t>
            </w:r>
          </w:p>
          <w:p w14:paraId="0751B485" w14:textId="77777777" w:rsidR="005F5BA3" w:rsidRDefault="005F5BA3" w:rsidP="007A7735">
            <w:pPr>
              <w:jc w:val="both"/>
            </w:pPr>
            <w:r>
              <w:rPr>
                <w:rFonts w:ascii="Century Gothic" w:eastAsia="Century Gothic" w:hAnsi="Century Gothic" w:cs="Century Gothic"/>
                <w:b/>
                <w:sz w:val="18"/>
              </w:rPr>
              <w:t>(Cet examen médical est prévu à l'âge de 2 ans, 3 ans, 4 ans, 5 ans, entre 8 et 9 ans, entre 11 et 13 ans et entre 15 et 16 ans.)</w:t>
            </w:r>
          </w:p>
        </w:tc>
        <w:tc>
          <w:tcPr>
            <w:tcW w:w="995" w:type="dxa"/>
            <w:tcBorders>
              <w:top w:val="double" w:sz="5" w:space="0" w:color="000000"/>
              <w:left w:val="double" w:sz="5" w:space="0" w:color="000000"/>
              <w:bottom w:val="double" w:sz="5" w:space="0" w:color="000000"/>
              <w:right w:val="double" w:sz="5" w:space="0" w:color="000000"/>
            </w:tcBorders>
            <w:shd w:val="clear" w:color="auto" w:fill="EEEEEE"/>
            <w:vAlign w:val="center"/>
          </w:tcPr>
          <w:p w14:paraId="6486FC5A" w14:textId="77777777" w:rsidR="005F5BA3" w:rsidRDefault="005F5BA3" w:rsidP="007A7735">
            <w:pPr>
              <w:ind w:left="9"/>
              <w:jc w:val="both"/>
            </w:pPr>
            <w:r>
              <w:rPr>
                <w:rFonts w:ascii="Century Gothic" w:eastAsia="Century Gothic" w:hAnsi="Century Gothic" w:cs="Century Gothic"/>
                <w:b/>
                <w:sz w:val="20"/>
              </w:rPr>
              <w:t>□</w:t>
            </w:r>
          </w:p>
        </w:tc>
        <w:tc>
          <w:tcPr>
            <w:tcW w:w="992" w:type="dxa"/>
            <w:tcBorders>
              <w:top w:val="double" w:sz="5" w:space="0" w:color="000000"/>
              <w:left w:val="double" w:sz="5" w:space="0" w:color="000000"/>
              <w:bottom w:val="double" w:sz="5" w:space="0" w:color="000000"/>
              <w:right w:val="nil"/>
            </w:tcBorders>
            <w:shd w:val="clear" w:color="auto" w:fill="EEEEEE"/>
            <w:vAlign w:val="center"/>
          </w:tcPr>
          <w:p w14:paraId="298BF5B5" w14:textId="77777777" w:rsidR="005F5BA3" w:rsidRDefault="005F5BA3" w:rsidP="007A7735">
            <w:pPr>
              <w:ind w:left="12"/>
              <w:jc w:val="both"/>
            </w:pPr>
            <w:r>
              <w:rPr>
                <w:rFonts w:ascii="Century Gothic" w:eastAsia="Century Gothic" w:hAnsi="Century Gothic" w:cs="Century Gothic"/>
                <w:b/>
                <w:sz w:val="20"/>
              </w:rPr>
              <w:t>□</w:t>
            </w:r>
          </w:p>
        </w:tc>
      </w:tr>
      <w:tr w:rsidR="005F5BA3" w:rsidRPr="00F5664C" w14:paraId="645AF286" w14:textId="77777777" w:rsidTr="009864D4">
        <w:tblPrEx>
          <w:tblCellMar>
            <w:top w:w="0" w:type="dxa"/>
            <w:left w:w="152" w:type="dxa"/>
            <w:right w:w="157" w:type="dxa"/>
          </w:tblCellMar>
        </w:tblPrEx>
        <w:trPr>
          <w:trHeight w:val="1051"/>
        </w:trPr>
        <w:tc>
          <w:tcPr>
            <w:tcW w:w="9640" w:type="dxa"/>
            <w:gridSpan w:val="3"/>
            <w:tcBorders>
              <w:top w:val="double" w:sz="5" w:space="0" w:color="000000"/>
              <w:left w:val="nil"/>
              <w:bottom w:val="nil"/>
              <w:right w:val="nil"/>
            </w:tcBorders>
            <w:shd w:val="clear" w:color="auto" w:fill="F5F5F5"/>
            <w:vAlign w:val="center"/>
          </w:tcPr>
          <w:p w14:paraId="24BF9244" w14:textId="77777777" w:rsidR="005F5BA3" w:rsidRDefault="005F5BA3" w:rsidP="007A7735">
            <w:pPr>
              <w:jc w:val="both"/>
            </w:pPr>
            <w:r>
              <w:rPr>
                <w:rFonts w:ascii="Century Gothic" w:eastAsia="Century Gothic" w:hAnsi="Century Gothic" w:cs="Century Gothic"/>
                <w:b/>
                <w:color w:val="E4022E"/>
                <w:sz w:val="20"/>
              </w:rPr>
              <w:t>Si tu as répondu OUI à une ou plusieurs questions, tu dois consulter un médecin pour qu'il t'examine et voit avec toi quel sport te convient. Au moment de la visite, donne lui ce questionnaire rempli.</w:t>
            </w:r>
          </w:p>
        </w:tc>
      </w:tr>
    </w:tbl>
    <w:p w14:paraId="595782A6" w14:textId="2D30DB44" w:rsidR="005F5BA3" w:rsidRPr="00A57C74" w:rsidRDefault="005F5BA3" w:rsidP="005F5BA3">
      <w:pPr>
        <w:spacing w:after="1215"/>
        <w:jc w:val="both"/>
        <w:rPr>
          <w:rFonts w:ascii="Century Gothic" w:eastAsia="Century Gothic" w:hAnsi="Century Gothic" w:cs="Century Gothic"/>
          <w:color w:val="002060"/>
          <w:sz w:val="20"/>
          <w:lang w:val="fr-FR"/>
        </w:rPr>
      </w:pPr>
      <w:r w:rsidRPr="00A57C74">
        <w:rPr>
          <w:rFonts w:ascii="Century Gothic" w:eastAsia="Century Gothic" w:hAnsi="Century Gothic" w:cs="Century Gothic"/>
          <w:color w:val="002060"/>
          <w:sz w:val="20"/>
          <w:lang w:val="fr-FR"/>
        </w:rPr>
        <w:t xml:space="preserve">Date :                                                Signature des parents ou du représentant légal : </w:t>
      </w:r>
    </w:p>
    <w:p w14:paraId="0D3BFE43" w14:textId="77777777" w:rsidR="005F5BA3" w:rsidRDefault="005F5BA3" w:rsidP="005F5BA3">
      <w:pPr>
        <w:spacing w:after="167"/>
        <w:ind w:right="461"/>
        <w:jc w:val="both"/>
      </w:pPr>
      <w:r>
        <w:rPr>
          <w:rFonts w:ascii="Century Gothic" w:eastAsia="Century Gothic" w:hAnsi="Century Gothic" w:cs="Century Gothic"/>
          <w:b/>
          <w:color w:val="FF0032"/>
          <w:sz w:val="8"/>
        </w:rPr>
        <w:t>BALLET</w:t>
      </w:r>
      <w:r>
        <w:rPr>
          <w:rFonts w:ascii="Century Gothic" w:eastAsia="Century Gothic" w:hAnsi="Century Gothic" w:cs="Century Gothic"/>
          <w:b/>
          <w:color w:val="FF0032"/>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BOBSLEIGH</w:t>
      </w:r>
      <w:r>
        <w:rPr>
          <w:rFonts w:ascii="Century Gothic" w:eastAsia="Century Gothic" w:hAnsi="Century Gothic" w:cs="Century Gothic"/>
          <w:b/>
          <w:color w:val="FF0032"/>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143261"/>
          <w:sz w:val="10"/>
        </w:rPr>
        <w:t xml:space="preserve"> </w:t>
      </w:r>
      <w:r>
        <w:rPr>
          <w:rFonts w:ascii="Century Gothic" w:eastAsia="Century Gothic" w:hAnsi="Century Gothic" w:cs="Century Gothic"/>
          <w:b/>
          <w:color w:val="FF0032"/>
          <w:sz w:val="8"/>
        </w:rPr>
        <w:t>CURLING</w:t>
      </w:r>
      <w:r>
        <w:rPr>
          <w:rFonts w:ascii="Century Gothic" w:eastAsia="Century Gothic" w:hAnsi="Century Gothic" w:cs="Century Gothic"/>
          <w:b/>
          <w:color w:val="FF0032"/>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DANSE</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SUR</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GLACE</w:t>
      </w:r>
      <w:r>
        <w:rPr>
          <w:rFonts w:ascii="Century Gothic" w:eastAsia="Century Gothic" w:hAnsi="Century Gothic" w:cs="Century Gothic"/>
          <w:b/>
          <w:color w:val="FF0032"/>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FREESTYLE</w:t>
      </w:r>
      <w:r>
        <w:rPr>
          <w:rFonts w:ascii="Century Gothic" w:eastAsia="Century Gothic" w:hAnsi="Century Gothic" w:cs="Century Gothic"/>
          <w:b/>
          <w:color w:val="FF0032"/>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HANDI</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SPORTS</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DE</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GLACE</w:t>
      </w:r>
      <w:r>
        <w:rPr>
          <w:rFonts w:ascii="Century Gothic" w:eastAsia="Century Gothic" w:hAnsi="Century Gothic" w:cs="Century Gothic"/>
          <w:b/>
          <w:color w:val="143261"/>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143261"/>
          <w:sz w:val="10"/>
        </w:rPr>
        <w:t xml:space="preserve"> </w:t>
      </w:r>
      <w:r>
        <w:rPr>
          <w:rFonts w:ascii="Century Gothic" w:eastAsia="Century Gothic" w:hAnsi="Century Gothic" w:cs="Century Gothic"/>
          <w:b/>
          <w:color w:val="FF0032"/>
          <w:sz w:val="8"/>
        </w:rPr>
        <w:t>ICE</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CROSS</w:t>
      </w:r>
      <w:r>
        <w:rPr>
          <w:rFonts w:ascii="Century Gothic" w:eastAsia="Century Gothic" w:hAnsi="Century Gothic" w:cs="Century Gothic"/>
          <w:b/>
          <w:color w:val="FF0032"/>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LUGE</w:t>
      </w:r>
      <w:r>
        <w:rPr>
          <w:rFonts w:ascii="Century Gothic" w:eastAsia="Century Gothic" w:hAnsi="Century Gothic" w:cs="Century Gothic"/>
          <w:b/>
          <w:color w:val="FF0032"/>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PATINAGE</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ARTISTIQUE</w:t>
      </w:r>
      <w:r>
        <w:rPr>
          <w:rFonts w:ascii="Century Gothic" w:eastAsia="Century Gothic" w:hAnsi="Century Gothic" w:cs="Century Gothic"/>
          <w:b/>
          <w:color w:val="143261"/>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PATINAGE</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SYNCHRONISÉ</w:t>
      </w:r>
      <w:r>
        <w:rPr>
          <w:rFonts w:ascii="Century Gothic" w:eastAsia="Century Gothic" w:hAnsi="Century Gothic" w:cs="Century Gothic"/>
          <w:b/>
          <w:color w:val="FF0032"/>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PATINAGE</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DE</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VITESSE</w:t>
      </w:r>
      <w:r>
        <w:rPr>
          <w:rFonts w:ascii="Century Gothic" w:eastAsia="Century Gothic" w:hAnsi="Century Gothic" w:cs="Century Gothic"/>
          <w:b/>
          <w:color w:val="FF0032"/>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SHORT</w:t>
      </w:r>
      <w:r>
        <w:rPr>
          <w:rFonts w:ascii="Century Gothic" w:eastAsia="Century Gothic" w:hAnsi="Century Gothic" w:cs="Century Gothic"/>
          <w:b/>
          <w:color w:val="FF0032"/>
          <w:sz w:val="10"/>
        </w:rPr>
        <w:t xml:space="preserve"> </w:t>
      </w:r>
      <w:r>
        <w:rPr>
          <w:rFonts w:ascii="Century Gothic" w:eastAsia="Century Gothic" w:hAnsi="Century Gothic" w:cs="Century Gothic"/>
          <w:b/>
          <w:color w:val="FF0032"/>
          <w:sz w:val="8"/>
        </w:rPr>
        <w:t>TRACK</w:t>
      </w:r>
      <w:r>
        <w:rPr>
          <w:rFonts w:ascii="Century Gothic" w:eastAsia="Century Gothic" w:hAnsi="Century Gothic" w:cs="Century Gothic"/>
          <w:b/>
          <w:color w:val="143261"/>
          <w:sz w:val="10"/>
        </w:rPr>
        <w:t xml:space="preserve"> </w:t>
      </w:r>
      <w:r>
        <w:rPr>
          <w:rFonts w:ascii="Century Gothic" w:eastAsia="Century Gothic" w:hAnsi="Century Gothic" w:cs="Century Gothic"/>
          <w:color w:val="143261"/>
          <w:sz w:val="10"/>
        </w:rPr>
        <w:t>I</w:t>
      </w:r>
      <w:r>
        <w:rPr>
          <w:rFonts w:ascii="Century Gothic" w:eastAsia="Century Gothic" w:hAnsi="Century Gothic" w:cs="Century Gothic"/>
          <w:b/>
          <w:color w:val="143261"/>
          <w:sz w:val="10"/>
        </w:rPr>
        <w:t xml:space="preserve"> </w:t>
      </w:r>
      <w:r>
        <w:rPr>
          <w:rFonts w:ascii="Century Gothic" w:eastAsia="Century Gothic" w:hAnsi="Century Gothic" w:cs="Century Gothic"/>
          <w:b/>
          <w:color w:val="FF0032"/>
          <w:sz w:val="8"/>
        </w:rPr>
        <w:t>SKELETON</w:t>
      </w:r>
    </w:p>
    <w:p w14:paraId="51960FA7" w14:textId="77777777" w:rsidR="005F5BA3" w:rsidRPr="00A57C74" w:rsidRDefault="005F5BA3" w:rsidP="005F5BA3">
      <w:pPr>
        <w:spacing w:after="13"/>
        <w:ind w:right="569"/>
        <w:jc w:val="both"/>
        <w:rPr>
          <w:lang w:val="fr-FR"/>
        </w:rPr>
      </w:pPr>
      <w:r w:rsidRPr="00A57C74">
        <w:rPr>
          <w:rFonts w:ascii="Century Gothic" w:eastAsia="Century Gothic" w:hAnsi="Century Gothic" w:cs="Century Gothic"/>
          <w:color w:val="143261"/>
          <w:sz w:val="18"/>
          <w:lang w:val="fr-FR"/>
        </w:rPr>
        <w:t xml:space="preserve">41-43, rue de Reuilly - 75012 Paris - France  </w:t>
      </w:r>
      <w:r w:rsidRPr="00A57C74">
        <w:rPr>
          <w:rFonts w:ascii="Century Gothic" w:eastAsia="Century Gothic" w:hAnsi="Century Gothic" w:cs="Century Gothic"/>
          <w:color w:val="FF0032"/>
          <w:lang w:val="fr-FR"/>
        </w:rPr>
        <w:t>I</w:t>
      </w:r>
      <w:r w:rsidRPr="00A57C74">
        <w:rPr>
          <w:rFonts w:ascii="Century Gothic" w:eastAsia="Century Gothic" w:hAnsi="Century Gothic" w:cs="Century Gothic"/>
          <w:color w:val="000072"/>
          <w:sz w:val="18"/>
          <w:lang w:val="fr-FR"/>
        </w:rPr>
        <w:t xml:space="preserve">  </w:t>
      </w:r>
      <w:r w:rsidRPr="00A57C74">
        <w:rPr>
          <w:rFonts w:ascii="Century Gothic" w:eastAsia="Century Gothic" w:hAnsi="Century Gothic" w:cs="Century Gothic"/>
          <w:color w:val="143261"/>
          <w:sz w:val="18"/>
          <w:lang w:val="fr-FR"/>
        </w:rPr>
        <w:t xml:space="preserve">Tél. : +33(0)1 43 46 10 20  </w:t>
      </w:r>
      <w:r w:rsidRPr="00A57C74">
        <w:rPr>
          <w:rFonts w:ascii="Century Gothic" w:eastAsia="Century Gothic" w:hAnsi="Century Gothic" w:cs="Century Gothic"/>
          <w:color w:val="FF0032"/>
          <w:lang w:val="fr-FR"/>
        </w:rPr>
        <w:t>I</w:t>
      </w:r>
      <w:r w:rsidRPr="00A57C74">
        <w:rPr>
          <w:rFonts w:ascii="Century Gothic" w:eastAsia="Century Gothic" w:hAnsi="Century Gothic" w:cs="Century Gothic"/>
          <w:color w:val="000072"/>
          <w:sz w:val="18"/>
          <w:lang w:val="fr-FR"/>
        </w:rPr>
        <w:t xml:space="preserve">  </w:t>
      </w:r>
      <w:r w:rsidRPr="00A57C74">
        <w:rPr>
          <w:rFonts w:ascii="Century Gothic" w:eastAsia="Century Gothic" w:hAnsi="Century Gothic" w:cs="Century Gothic"/>
          <w:color w:val="143261"/>
          <w:sz w:val="18"/>
          <w:lang w:val="fr-FR"/>
        </w:rPr>
        <w:t>E-mail : ffsg@ffsg.org</w:t>
      </w:r>
    </w:p>
    <w:p w14:paraId="04E3662B" w14:textId="77777777" w:rsidR="005F5BA3" w:rsidRPr="00A57C74" w:rsidRDefault="005F5BA3" w:rsidP="005F5BA3">
      <w:pPr>
        <w:spacing w:after="110"/>
        <w:ind w:left="10" w:right="1" w:hanging="10"/>
        <w:jc w:val="both"/>
        <w:rPr>
          <w:rFonts w:ascii="Century Gothic" w:eastAsia="Century Gothic" w:hAnsi="Century Gothic" w:cs="Century Gothic"/>
          <w:color w:val="143261"/>
          <w:sz w:val="14"/>
          <w:lang w:val="fr-FR"/>
        </w:rPr>
      </w:pPr>
      <w:r w:rsidRPr="00A57C74">
        <w:rPr>
          <w:rFonts w:ascii="Century Gothic" w:eastAsia="Century Gothic" w:hAnsi="Century Gothic" w:cs="Century Gothic"/>
          <w:color w:val="143261"/>
          <w:sz w:val="14"/>
          <w:lang w:val="fr-FR"/>
        </w:rPr>
        <w:t xml:space="preserve">Agrément ministériel n°1391 </w:t>
      </w:r>
      <w:r w:rsidRPr="00A57C74">
        <w:rPr>
          <w:rFonts w:ascii="Century Gothic" w:eastAsia="Century Gothic" w:hAnsi="Century Gothic" w:cs="Century Gothic"/>
          <w:color w:val="FF0032"/>
          <w:sz w:val="14"/>
          <w:lang w:val="fr-FR"/>
        </w:rPr>
        <w:t>I</w:t>
      </w:r>
      <w:r w:rsidRPr="00A57C74">
        <w:rPr>
          <w:rFonts w:ascii="Century Gothic" w:eastAsia="Century Gothic" w:hAnsi="Century Gothic" w:cs="Century Gothic"/>
          <w:color w:val="000072"/>
          <w:sz w:val="14"/>
          <w:lang w:val="fr-FR"/>
        </w:rPr>
        <w:t xml:space="preserve"> </w:t>
      </w:r>
      <w:r w:rsidRPr="00A57C74">
        <w:rPr>
          <w:rFonts w:ascii="Century Gothic" w:eastAsia="Century Gothic" w:hAnsi="Century Gothic" w:cs="Century Gothic"/>
          <w:color w:val="143261"/>
          <w:sz w:val="14"/>
          <w:lang w:val="fr-FR"/>
        </w:rPr>
        <w:t>Siret : 775 722 580 000 62</w:t>
      </w:r>
    </w:p>
    <w:p w14:paraId="22D333B3" w14:textId="77777777" w:rsidR="005F5BA3" w:rsidRPr="00A57C74" w:rsidRDefault="005F5BA3" w:rsidP="005F5BA3">
      <w:pPr>
        <w:spacing w:after="110"/>
        <w:ind w:right="1"/>
        <w:jc w:val="both"/>
        <w:rPr>
          <w:lang w:val="fr-FR"/>
        </w:rPr>
      </w:pPr>
      <w:r w:rsidRPr="00A57C74">
        <w:rPr>
          <w:lang w:val="fr-FR"/>
        </w:rPr>
        <w:t xml:space="preserve">  </w:t>
      </w:r>
    </w:p>
    <w:p w14:paraId="0A5CEFD9" w14:textId="77777777" w:rsidR="005F5BA3" w:rsidRDefault="005F5BA3" w:rsidP="008234B8">
      <w:pPr>
        <w:ind w:left="-1247"/>
        <w:jc w:val="center"/>
        <w:rPr>
          <w:lang w:val="fr-FR"/>
        </w:rPr>
      </w:pPr>
    </w:p>
    <w:p w14:paraId="2DCA96B7" w14:textId="77777777" w:rsidR="00F5664C" w:rsidRDefault="00F5664C" w:rsidP="008234B8">
      <w:pPr>
        <w:ind w:left="-1247"/>
        <w:jc w:val="center"/>
        <w:rPr>
          <w:lang w:val="fr-FR"/>
        </w:rPr>
      </w:pPr>
    </w:p>
    <w:p w14:paraId="61C9D103" w14:textId="77777777" w:rsidR="00F5664C" w:rsidRDefault="00F5664C" w:rsidP="008234B8">
      <w:pPr>
        <w:ind w:left="-1247"/>
        <w:jc w:val="center"/>
        <w:rPr>
          <w:lang w:val="fr-FR"/>
        </w:rPr>
      </w:pPr>
    </w:p>
    <w:p w14:paraId="1FA75EC5" w14:textId="77777777" w:rsidR="00F5664C" w:rsidRDefault="00F5664C" w:rsidP="008234B8">
      <w:pPr>
        <w:ind w:left="-1247"/>
        <w:jc w:val="center"/>
        <w:rPr>
          <w:lang w:val="fr-FR"/>
        </w:rPr>
      </w:pPr>
    </w:p>
    <w:p w14:paraId="4EE2CA0A" w14:textId="77777777" w:rsidR="00F5664C" w:rsidRDefault="00F5664C" w:rsidP="008234B8">
      <w:pPr>
        <w:ind w:left="-1247"/>
        <w:jc w:val="center"/>
        <w:rPr>
          <w:lang w:val="fr-FR"/>
        </w:rPr>
      </w:pPr>
    </w:p>
    <w:p w14:paraId="29333ACC" w14:textId="77777777" w:rsidR="00F5664C" w:rsidRDefault="00F5664C" w:rsidP="008234B8">
      <w:pPr>
        <w:ind w:left="-1247"/>
        <w:jc w:val="center"/>
        <w:rPr>
          <w:lang w:val="fr-FR"/>
        </w:rPr>
      </w:pPr>
    </w:p>
    <w:p w14:paraId="5C59AB28" w14:textId="77777777" w:rsidR="00F5664C" w:rsidRDefault="00F5664C" w:rsidP="008234B8">
      <w:pPr>
        <w:ind w:left="-1247"/>
        <w:jc w:val="center"/>
        <w:rPr>
          <w:lang w:val="fr-FR"/>
        </w:rPr>
      </w:pPr>
    </w:p>
    <w:p w14:paraId="087E7F9E" w14:textId="77777777" w:rsidR="00F5664C" w:rsidRDefault="00F5664C" w:rsidP="008234B8">
      <w:pPr>
        <w:ind w:left="-1247"/>
        <w:jc w:val="center"/>
        <w:rPr>
          <w:lang w:val="fr-FR"/>
        </w:rPr>
      </w:pPr>
    </w:p>
    <w:p w14:paraId="2DF37776" w14:textId="77777777" w:rsidR="00F5664C" w:rsidRDefault="00F5664C" w:rsidP="008234B8">
      <w:pPr>
        <w:ind w:left="-1247"/>
        <w:jc w:val="center"/>
        <w:rPr>
          <w:lang w:val="fr-FR"/>
        </w:rPr>
      </w:pPr>
    </w:p>
    <w:p w14:paraId="6F225D0A" w14:textId="77777777" w:rsidR="00B719A8" w:rsidRPr="00B719A8" w:rsidRDefault="00B719A8" w:rsidP="00B719A8">
      <w:pPr>
        <w:keepNext/>
        <w:keepLines/>
        <w:pBdr>
          <w:top w:val="single" w:sz="4" w:space="0" w:color="000000"/>
          <w:left w:val="single" w:sz="4" w:space="0" w:color="000000"/>
          <w:bottom w:val="single" w:sz="4" w:space="0" w:color="000000"/>
          <w:right w:val="single" w:sz="4" w:space="0" w:color="000000"/>
        </w:pBdr>
        <w:spacing w:after="164" w:line="259" w:lineRule="auto"/>
        <w:ind w:right="20"/>
        <w:jc w:val="center"/>
        <w:outlineLvl w:val="1"/>
        <w:rPr>
          <w:rFonts w:ascii="Calibri" w:eastAsia="Calibri" w:hAnsi="Calibri" w:cs="Calibri"/>
          <w:b/>
          <w:color w:val="000000"/>
          <w:lang w:val="fr-FR" w:eastAsia="fr-FR"/>
        </w:rPr>
      </w:pPr>
      <w:r w:rsidRPr="00B719A8">
        <w:rPr>
          <w:rFonts w:ascii="Calibri" w:eastAsia="Calibri" w:hAnsi="Calibri" w:cs="Calibri"/>
          <w:b/>
          <w:color w:val="000000"/>
          <w:lang w:val="fr-FR" w:eastAsia="fr-FR"/>
        </w:rPr>
        <w:t xml:space="preserve">CLUB DES SPORTS DE GLACE STRASBOURG-ALSACE </w:t>
      </w:r>
    </w:p>
    <w:p w14:paraId="4D1BA9FE" w14:textId="77777777" w:rsidR="009F5DB7" w:rsidRPr="009F5DB7" w:rsidRDefault="009F5DB7" w:rsidP="009F5DB7">
      <w:pPr>
        <w:spacing w:after="0" w:line="259" w:lineRule="auto"/>
        <w:ind w:right="26"/>
        <w:jc w:val="center"/>
        <w:rPr>
          <w:rFonts w:ascii="Calibri" w:eastAsia="Calibri" w:hAnsi="Calibri" w:cs="Calibri"/>
          <w:color w:val="000000"/>
          <w:sz w:val="20"/>
          <w:lang w:val="fr-FR" w:eastAsia="fr-FR"/>
        </w:rPr>
      </w:pPr>
      <w:r w:rsidRPr="009F5DB7">
        <w:rPr>
          <w:rFonts w:ascii="Calibri" w:eastAsia="Calibri" w:hAnsi="Calibri" w:cs="Calibri"/>
          <w:b/>
          <w:color w:val="000000"/>
          <w:lang w:val="fr-FR" w:eastAsia="fr-FR"/>
        </w:rPr>
        <w:t xml:space="preserve">REGLEMENT INTERIEUR SAISON 2025-2026 </w:t>
      </w:r>
    </w:p>
    <w:p w14:paraId="39555FD2"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lang w:val="fr-FR" w:eastAsia="fr-FR"/>
        </w:rPr>
        <w:t xml:space="preserve"> </w:t>
      </w:r>
    </w:p>
    <w:p w14:paraId="1B49E05F"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1 :</w:t>
      </w:r>
      <w:r w:rsidRPr="009F5DB7">
        <w:rPr>
          <w:rFonts w:ascii="Calibri" w:eastAsia="Calibri" w:hAnsi="Calibri" w:cs="Calibri"/>
          <w:color w:val="000000"/>
          <w:sz w:val="20"/>
          <w:lang w:val="fr-FR" w:eastAsia="fr-FR"/>
        </w:rPr>
        <w:t xml:space="preserve"> L’accès aux cours et aux entraînements est exclusivement réservé aux membres licenciés du CSGSA pour la saison en vigueur et à toute personne explicitement autorisée par le CSGSA. </w:t>
      </w:r>
    </w:p>
    <w:p w14:paraId="7C315142"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0B074C63"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2 : </w:t>
      </w:r>
      <w:r w:rsidRPr="009F5DB7">
        <w:rPr>
          <w:rFonts w:ascii="Calibri" w:eastAsia="Calibri" w:hAnsi="Calibri" w:cs="Calibri"/>
          <w:color w:val="000000"/>
          <w:sz w:val="20"/>
          <w:lang w:val="fr-FR" w:eastAsia="fr-FR"/>
        </w:rPr>
        <w:t xml:space="preserve">L’accès aux locaux du CSGSA est exclusivement réservé aux membres du CSGSA et à toute personne explicitement autorisée. </w:t>
      </w:r>
    </w:p>
    <w:p w14:paraId="320A2BBC"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4B3CA6DC"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3 :</w:t>
      </w:r>
      <w:r w:rsidRPr="009F5DB7">
        <w:rPr>
          <w:rFonts w:ascii="Calibri" w:eastAsia="Calibri" w:hAnsi="Calibri" w:cs="Calibri"/>
          <w:color w:val="000000"/>
          <w:sz w:val="20"/>
          <w:lang w:val="fr-FR" w:eastAsia="fr-FR"/>
        </w:rPr>
        <w:t xml:space="preserve"> Pendant les heures de cours et d’entraînement, les pratiquants sont sous la responsabilité des entraîneurs ou de toute autre personne explicitement désignée par le CSGSA. </w:t>
      </w:r>
    </w:p>
    <w:p w14:paraId="70DA1E69"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7ACD8FD6"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4 :</w:t>
      </w:r>
      <w:r w:rsidRPr="009F5DB7">
        <w:rPr>
          <w:rFonts w:ascii="Calibri" w:eastAsia="Calibri" w:hAnsi="Calibri" w:cs="Calibri"/>
          <w:color w:val="000000"/>
          <w:sz w:val="20"/>
          <w:lang w:val="fr-FR" w:eastAsia="fr-FR"/>
        </w:rPr>
        <w:t xml:space="preserve"> La responsabilité du CSGSA n’est engagée que pendant les heures de fonctionnement du CSGSA et vis-à-vis des seuls usagers, à condition que soient respectés le présent Règlement ainsi que les Statuts du CSGSA. </w:t>
      </w:r>
    </w:p>
    <w:p w14:paraId="3B1401F3"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099B8ED6"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r w:rsidRPr="009F5DB7">
        <w:rPr>
          <w:rFonts w:ascii="Calibri" w:eastAsia="Calibri" w:hAnsi="Calibri" w:cs="Calibri"/>
          <w:b/>
          <w:color w:val="000000"/>
          <w:sz w:val="20"/>
          <w:lang w:val="fr-FR" w:eastAsia="fr-FR"/>
        </w:rPr>
        <w:t xml:space="preserve">ARTICLE 5 </w:t>
      </w:r>
      <w:r w:rsidRPr="009F5DB7">
        <w:rPr>
          <w:rFonts w:ascii="Calibri" w:eastAsia="Calibri" w:hAnsi="Calibri" w:cs="Calibri"/>
          <w:color w:val="000000"/>
          <w:sz w:val="20"/>
          <w:lang w:val="fr-FR" w:eastAsia="fr-FR"/>
        </w:rPr>
        <w:t xml:space="preserve">: Vestiaires : </w:t>
      </w:r>
    </w:p>
    <w:p w14:paraId="2FC36D21" w14:textId="77777777" w:rsidR="009F5DB7" w:rsidRPr="009F5DB7" w:rsidRDefault="009F5DB7" w:rsidP="00D92B96">
      <w:pPr>
        <w:spacing w:after="188" w:line="248" w:lineRule="auto"/>
        <w:ind w:left="-5" w:right="135" w:hanging="10"/>
        <w:jc w:val="both"/>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Les pratiquants doivent se changer, s’équiper et se chausser uniquement dans les vestiaires. Les vestiaires sont exclusivement réservés aux patineurs. </w:t>
      </w:r>
    </w:p>
    <w:p w14:paraId="773E461B"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6 :</w:t>
      </w:r>
      <w:r w:rsidRPr="009F5DB7">
        <w:rPr>
          <w:rFonts w:ascii="Calibri" w:eastAsia="Calibri" w:hAnsi="Calibri" w:cs="Calibri"/>
          <w:color w:val="000000"/>
          <w:sz w:val="20"/>
          <w:lang w:val="fr-FR" w:eastAsia="fr-FR"/>
        </w:rPr>
        <w:t xml:space="preserve">  Ni le club, ni l’exploitant de la patinoire ne peuvent être tenus pour responsables des effets ou objets perdus ou volés dans l’enceinte de la patinoire. </w:t>
      </w:r>
    </w:p>
    <w:p w14:paraId="2B145FB6"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47A8A428"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7 :</w:t>
      </w:r>
      <w:r w:rsidRPr="009F5DB7">
        <w:rPr>
          <w:rFonts w:ascii="Calibri" w:eastAsia="Calibri" w:hAnsi="Calibri" w:cs="Calibri"/>
          <w:color w:val="000000"/>
          <w:sz w:val="20"/>
          <w:lang w:val="fr-FR" w:eastAsia="fr-FR"/>
        </w:rPr>
        <w:t xml:space="preserve"> Le CSGSA se dégage de toute responsabilité en cas de vol, de détériorations d’effets vestimentaires et d’objets de toute nature entreposés et utilisés dans les locaux du CSGSA et dans la patinoire par l’occupant. </w:t>
      </w:r>
    </w:p>
    <w:p w14:paraId="2BAE609C"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5BBCFE7D"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8 :</w:t>
      </w:r>
      <w:r w:rsidRPr="009F5DB7">
        <w:rPr>
          <w:rFonts w:ascii="Calibri" w:eastAsia="Calibri" w:hAnsi="Calibri" w:cs="Calibri"/>
          <w:color w:val="000000"/>
          <w:sz w:val="20"/>
          <w:lang w:val="fr-FR" w:eastAsia="fr-FR"/>
        </w:rPr>
        <w:t xml:space="preserve"> L’accès sur la glace est interdit en chaussures de ville, sauf pour des raisons techniques. </w:t>
      </w:r>
    </w:p>
    <w:p w14:paraId="7C7BD5A0"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35BF619F"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6E4F21">
        <w:rPr>
          <w:rFonts w:ascii="Calibri" w:eastAsia="Calibri" w:hAnsi="Calibri" w:cs="Calibri"/>
          <w:noProof/>
          <w:color w:val="000000"/>
          <w:sz w:val="20"/>
          <w:lang w:eastAsia="fr-FR"/>
        </w:rPr>
        <w:drawing>
          <wp:anchor distT="0" distB="0" distL="114300" distR="114300" simplePos="0" relativeHeight="251663872" behindDoc="0" locked="0" layoutInCell="1" allowOverlap="0" wp14:anchorId="245FF67E" wp14:editId="1080175E">
            <wp:simplePos x="0" y="0"/>
            <wp:positionH relativeFrom="page">
              <wp:posOffset>247015</wp:posOffset>
            </wp:positionH>
            <wp:positionV relativeFrom="page">
              <wp:posOffset>222885</wp:posOffset>
            </wp:positionV>
            <wp:extent cx="524510" cy="524510"/>
            <wp:effectExtent l="0" t="0" r="0" b="0"/>
            <wp:wrapSquare wrapText="bothSides"/>
            <wp:docPr id="1220" name="Picture 1220"/>
            <wp:cNvGraphicFramePr/>
            <a:graphic xmlns:a="http://schemas.openxmlformats.org/drawingml/2006/main">
              <a:graphicData uri="http://schemas.openxmlformats.org/drawingml/2006/picture">
                <pic:pic xmlns:pic="http://schemas.openxmlformats.org/drawingml/2006/picture">
                  <pic:nvPicPr>
                    <pic:cNvPr id="1220" name="Picture 1220"/>
                    <pic:cNvPicPr/>
                  </pic:nvPicPr>
                  <pic:blipFill>
                    <a:blip r:embed="rId9"/>
                    <a:stretch>
                      <a:fillRect/>
                    </a:stretch>
                  </pic:blipFill>
                  <pic:spPr>
                    <a:xfrm>
                      <a:off x="0" y="0"/>
                      <a:ext cx="524510" cy="524510"/>
                    </a:xfrm>
                    <a:prstGeom prst="rect">
                      <a:avLst/>
                    </a:prstGeom>
                  </pic:spPr>
                </pic:pic>
              </a:graphicData>
            </a:graphic>
          </wp:anchor>
        </w:drawing>
      </w:r>
      <w:r w:rsidRPr="009F5DB7">
        <w:rPr>
          <w:rFonts w:ascii="Calibri" w:eastAsia="Calibri" w:hAnsi="Calibri" w:cs="Calibri"/>
          <w:b/>
          <w:color w:val="000000"/>
          <w:sz w:val="20"/>
          <w:lang w:val="fr-FR" w:eastAsia="fr-FR"/>
        </w:rPr>
        <w:t>*ARTICLE 9 :</w:t>
      </w:r>
      <w:r w:rsidRPr="009F5DB7">
        <w:rPr>
          <w:rFonts w:ascii="Calibri" w:eastAsia="Calibri" w:hAnsi="Calibri" w:cs="Calibri"/>
          <w:color w:val="000000"/>
          <w:sz w:val="20"/>
          <w:lang w:val="fr-FR" w:eastAsia="fr-FR"/>
        </w:rPr>
        <w:t xml:space="preserve"> Pendant les heures de cours et d’entraînement, ainsi qu’à l’occasion des diverses manifestations organisées par le CSGSA, le pourtour de la piste est interdit à toute personne non autorisée par le CSGSA. </w:t>
      </w:r>
    </w:p>
    <w:p w14:paraId="0A10EC67"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4649E483"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10 :</w:t>
      </w:r>
      <w:r w:rsidRPr="009F5DB7">
        <w:rPr>
          <w:rFonts w:ascii="Calibri" w:eastAsia="Calibri" w:hAnsi="Calibri" w:cs="Calibri"/>
          <w:color w:val="000000"/>
          <w:sz w:val="20"/>
          <w:lang w:val="fr-FR" w:eastAsia="fr-FR"/>
        </w:rPr>
        <w:t xml:space="preserve"> Les pratiquants sont responsables du matériel loué ou mis à disposition par le CSGSA. </w:t>
      </w:r>
    </w:p>
    <w:p w14:paraId="1BD05F2B"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23DFA57A"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w:t>
      </w:r>
      <w:r w:rsidRPr="009F5DB7">
        <w:rPr>
          <w:rFonts w:ascii="Calibri" w:eastAsia="Calibri" w:hAnsi="Calibri" w:cs="Calibri"/>
          <w:b/>
          <w:color w:val="000000"/>
          <w:sz w:val="20"/>
          <w:lang w:val="fr-FR" w:eastAsia="fr-FR"/>
        </w:rPr>
        <w:t xml:space="preserve">ARTICLE 11 </w:t>
      </w:r>
      <w:r w:rsidRPr="009F5DB7">
        <w:rPr>
          <w:rFonts w:ascii="Calibri" w:eastAsia="Calibri" w:hAnsi="Calibri" w:cs="Calibri"/>
          <w:color w:val="000000"/>
          <w:sz w:val="20"/>
          <w:lang w:val="fr-FR" w:eastAsia="fr-FR"/>
        </w:rPr>
        <w:t xml:space="preserve">: Les entraîneurs ne peuvent être consultés qu’en dehors des heures d’entraînement. </w:t>
      </w:r>
    </w:p>
    <w:p w14:paraId="55DBFD47"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73908354"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12 </w:t>
      </w:r>
      <w:r w:rsidRPr="009F5DB7">
        <w:rPr>
          <w:rFonts w:ascii="Calibri" w:eastAsia="Calibri" w:hAnsi="Calibri" w:cs="Calibri"/>
          <w:color w:val="000000"/>
          <w:sz w:val="20"/>
          <w:lang w:val="fr-FR" w:eastAsia="fr-FR"/>
        </w:rPr>
        <w:t xml:space="preserve">: Toute personne participant ou assistant aux activités du CSGSA se doit d’avoir un comportement conforme à l’esprit sportif et respectueux de l’ordre public. </w:t>
      </w:r>
    </w:p>
    <w:p w14:paraId="0A0B14FF"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66312844"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13 </w:t>
      </w:r>
      <w:r w:rsidRPr="009F5DB7">
        <w:rPr>
          <w:rFonts w:ascii="Calibri" w:eastAsia="Calibri" w:hAnsi="Calibri" w:cs="Calibri"/>
          <w:color w:val="000000"/>
          <w:sz w:val="20"/>
          <w:lang w:val="fr-FR" w:eastAsia="fr-FR"/>
        </w:rPr>
        <w:t xml:space="preserve">: Les jeux de crosse et de balles sont interdits sur le pourtour de la piste et dans l’enceinte de la patinoire. </w:t>
      </w:r>
    </w:p>
    <w:p w14:paraId="06E2AA4C"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40ABE72C"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14 </w:t>
      </w:r>
      <w:r w:rsidRPr="009F5DB7">
        <w:rPr>
          <w:rFonts w:ascii="Calibri" w:eastAsia="Calibri" w:hAnsi="Calibri" w:cs="Calibri"/>
          <w:color w:val="000000"/>
          <w:sz w:val="20"/>
          <w:lang w:val="fr-FR" w:eastAsia="fr-FR"/>
        </w:rPr>
        <w:t xml:space="preserve">: Le respect des installations et des règles de propreté et d’hygiène s’impose à tous les utilisateurs. </w:t>
      </w:r>
    </w:p>
    <w:p w14:paraId="1DD05A5A"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5D270097"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15 </w:t>
      </w:r>
      <w:r w:rsidRPr="009F5DB7">
        <w:rPr>
          <w:rFonts w:ascii="Calibri" w:eastAsia="Calibri" w:hAnsi="Calibri" w:cs="Calibri"/>
          <w:color w:val="000000"/>
          <w:sz w:val="20"/>
          <w:lang w:val="fr-FR" w:eastAsia="fr-FR"/>
        </w:rPr>
        <w:t xml:space="preserve">: Il est interdit de fumer à l’intérieur de l’enceinte de la patinoire. </w:t>
      </w:r>
    </w:p>
    <w:p w14:paraId="3C4E8F27"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2CD68D08" w14:textId="1BFA158C" w:rsidR="009F5DB7" w:rsidRPr="009F5DB7" w:rsidRDefault="0026129C" w:rsidP="0026129C">
      <w:pPr>
        <w:spacing w:after="5" w:line="248" w:lineRule="auto"/>
        <w:ind w:right="10"/>
        <w:jc w:val="both"/>
        <w:rPr>
          <w:rFonts w:ascii="Calibri" w:eastAsia="Calibri" w:hAnsi="Calibri" w:cs="Calibri"/>
          <w:color w:val="000000"/>
          <w:sz w:val="20"/>
          <w:lang w:val="fr-FR" w:eastAsia="fr-FR"/>
        </w:rPr>
      </w:pPr>
      <w:r>
        <w:rPr>
          <w:rFonts w:ascii="Calibri" w:eastAsia="Calibri" w:hAnsi="Calibri" w:cs="Calibri"/>
          <w:b/>
          <w:color w:val="000000"/>
          <w:sz w:val="20"/>
          <w:lang w:val="fr-FR" w:eastAsia="fr-FR"/>
        </w:rPr>
        <w:t>*</w:t>
      </w:r>
      <w:r w:rsidR="009F5DB7" w:rsidRPr="009F5DB7">
        <w:rPr>
          <w:rFonts w:ascii="Calibri" w:eastAsia="Calibri" w:hAnsi="Calibri" w:cs="Calibri"/>
          <w:b/>
          <w:color w:val="000000"/>
          <w:sz w:val="20"/>
          <w:lang w:val="fr-FR" w:eastAsia="fr-FR"/>
        </w:rPr>
        <w:t xml:space="preserve">ARTICLE 16 </w:t>
      </w:r>
      <w:r w:rsidR="009F5DB7" w:rsidRPr="009F5DB7">
        <w:rPr>
          <w:rFonts w:ascii="Calibri" w:eastAsia="Calibri" w:hAnsi="Calibri" w:cs="Calibri"/>
          <w:color w:val="000000"/>
          <w:sz w:val="20"/>
          <w:lang w:val="fr-FR" w:eastAsia="fr-FR"/>
        </w:rPr>
        <w:t xml:space="preserve">: Il est interdit de consommer des boissons alcoolisées dans les locaux du CSGSA. </w:t>
      </w:r>
    </w:p>
    <w:p w14:paraId="3DED38C8"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50A8386E" w14:textId="325AA933" w:rsidR="009F5DB7" w:rsidRPr="009F5DB7" w:rsidRDefault="0026129C" w:rsidP="0026129C">
      <w:pPr>
        <w:spacing w:after="5" w:line="248" w:lineRule="auto"/>
        <w:ind w:right="10"/>
        <w:jc w:val="both"/>
        <w:rPr>
          <w:rFonts w:ascii="Calibri" w:eastAsia="Calibri" w:hAnsi="Calibri" w:cs="Calibri"/>
          <w:color w:val="000000"/>
          <w:sz w:val="20"/>
          <w:lang w:val="fr-FR" w:eastAsia="fr-FR"/>
        </w:rPr>
      </w:pPr>
      <w:r>
        <w:rPr>
          <w:rFonts w:ascii="Calibri" w:eastAsia="Calibri" w:hAnsi="Calibri" w:cs="Calibri"/>
          <w:b/>
          <w:color w:val="000000"/>
          <w:sz w:val="20"/>
          <w:lang w:val="fr-FR" w:eastAsia="fr-FR"/>
        </w:rPr>
        <w:t>*</w:t>
      </w:r>
      <w:r w:rsidR="009F5DB7" w:rsidRPr="009F5DB7">
        <w:rPr>
          <w:rFonts w:ascii="Calibri" w:eastAsia="Calibri" w:hAnsi="Calibri" w:cs="Calibri"/>
          <w:b/>
          <w:color w:val="000000"/>
          <w:sz w:val="20"/>
          <w:lang w:val="fr-FR" w:eastAsia="fr-FR"/>
        </w:rPr>
        <w:t xml:space="preserve">ARTICLE 17 </w:t>
      </w:r>
      <w:r w:rsidR="009F5DB7" w:rsidRPr="009F5DB7">
        <w:rPr>
          <w:rFonts w:ascii="Calibri" w:eastAsia="Calibri" w:hAnsi="Calibri" w:cs="Calibri"/>
          <w:color w:val="000000"/>
          <w:sz w:val="20"/>
          <w:lang w:val="fr-FR" w:eastAsia="fr-FR"/>
        </w:rPr>
        <w:t xml:space="preserve">: Aucun animal n’est toléré dans l’enceinte de la patinoire. </w:t>
      </w:r>
    </w:p>
    <w:p w14:paraId="6089C3C1"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lang w:val="fr-FR" w:eastAsia="fr-FR"/>
        </w:rPr>
        <w:t xml:space="preserve"> </w:t>
      </w:r>
    </w:p>
    <w:p w14:paraId="20279D41"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18 </w:t>
      </w:r>
      <w:r w:rsidRPr="009F5DB7">
        <w:rPr>
          <w:rFonts w:ascii="Calibri" w:eastAsia="Calibri" w:hAnsi="Calibri" w:cs="Calibri"/>
          <w:color w:val="000000"/>
          <w:sz w:val="20"/>
          <w:lang w:val="fr-FR" w:eastAsia="fr-FR"/>
        </w:rPr>
        <w:t xml:space="preserve">: le respect des règles d'hygiène et de sécurité doit être appliqué par tous dans l'ensemble de la patinoire et de son environnement. </w:t>
      </w:r>
    </w:p>
    <w:p w14:paraId="2AC88DCC"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6AF49403"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19 : </w:t>
      </w:r>
      <w:r w:rsidRPr="009F5DB7">
        <w:rPr>
          <w:rFonts w:ascii="Calibri" w:eastAsia="Calibri" w:hAnsi="Calibri" w:cs="Calibri"/>
          <w:color w:val="000000"/>
          <w:sz w:val="20"/>
          <w:lang w:val="fr-FR" w:eastAsia="fr-FR"/>
        </w:rPr>
        <w:t xml:space="preserve">groupes d’entraînement </w:t>
      </w:r>
    </w:p>
    <w:p w14:paraId="43DF2D2D" w14:textId="77777777" w:rsidR="009F5DB7" w:rsidRPr="009F5DB7" w:rsidRDefault="009F5DB7" w:rsidP="009F5DB7">
      <w:pPr>
        <w:spacing w:after="386"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L’encadrement constitue des groupes en fonction de multiples critères. Ces groupes devront être respectés. Si le cours de son groupe n’a pas lieu pour une quelconque raison, le patineur ne peut pas se présenter à un autre cours. </w:t>
      </w:r>
    </w:p>
    <w:p w14:paraId="70DE0D30"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Concernant les groupes, des modifications peuvent intervenir en fonction du nombre d’inscrits et/ou de l’évolution du patineur. </w:t>
      </w:r>
    </w:p>
    <w:p w14:paraId="11ACD0F1"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2DD8739C"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20 :</w:t>
      </w:r>
      <w:r w:rsidRPr="009F5DB7">
        <w:rPr>
          <w:rFonts w:ascii="Calibri" w:eastAsia="Calibri" w:hAnsi="Calibri" w:cs="Calibri"/>
          <w:color w:val="000000"/>
          <w:sz w:val="20"/>
          <w:lang w:val="fr-FR" w:eastAsia="fr-FR"/>
        </w:rPr>
        <w:t xml:space="preserve"> annulation des cours </w:t>
      </w:r>
    </w:p>
    <w:p w14:paraId="63D7FB24"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Le club n’est aucunement responsable des cours annulés et non remplacés pour toutes raisons indépendantes de sa volonté : grève, jours fériés, problèmes techniques, travaux à la patinoire, absence d’un entraîneur, match de Hockey, spectacle, etc…et ces cours ne seront pas remboursés. Les samedis des vacances scolaires ne sont en aucun cas remboursables. Il est précisé que le club fera son maximum afin de trouver une solution de remplacement. </w:t>
      </w:r>
    </w:p>
    <w:p w14:paraId="6FCA7B40"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45E74B06"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21 :</w:t>
      </w:r>
      <w:r w:rsidRPr="009F5DB7">
        <w:rPr>
          <w:rFonts w:ascii="Calibri" w:eastAsia="Calibri" w:hAnsi="Calibri" w:cs="Calibri"/>
          <w:color w:val="000000"/>
          <w:sz w:val="20"/>
          <w:lang w:val="fr-FR" w:eastAsia="fr-FR"/>
        </w:rPr>
        <w:t xml:space="preserve"> départ en cours de saison </w:t>
      </w:r>
    </w:p>
    <w:p w14:paraId="5535F9EC"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En cas de départ du patineur au cours de la saison il ne sera accordé aucun remboursement sauf en cas de force majeure dûment justifiée. Le remboursement partiel de la cotisation est soumis à la décision du comité. </w:t>
      </w:r>
    </w:p>
    <w:p w14:paraId="12C1BD49"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2D87583C"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22 :</w:t>
      </w:r>
      <w:r w:rsidRPr="009F5DB7">
        <w:rPr>
          <w:rFonts w:ascii="Calibri" w:eastAsia="Calibri" w:hAnsi="Calibri" w:cs="Calibri"/>
          <w:color w:val="000000"/>
          <w:sz w:val="20"/>
          <w:lang w:val="fr-FR" w:eastAsia="fr-FR"/>
        </w:rPr>
        <w:t xml:space="preserve"> remboursement partiel de cotisation </w:t>
      </w:r>
    </w:p>
    <w:p w14:paraId="3C50D0E9" w14:textId="77777777" w:rsidR="009F5DB7" w:rsidRPr="006E4F21" w:rsidRDefault="009F5DB7" w:rsidP="009F5DB7">
      <w:pPr>
        <w:spacing w:after="5" w:line="248" w:lineRule="auto"/>
        <w:ind w:left="-5" w:right="10" w:hanging="10"/>
        <w:jc w:val="both"/>
        <w:rPr>
          <w:rFonts w:ascii="Calibri" w:eastAsia="Calibri" w:hAnsi="Calibri" w:cs="Calibri"/>
          <w:color w:val="000000"/>
          <w:sz w:val="20"/>
          <w:lang w:eastAsia="fr-FR"/>
        </w:rPr>
      </w:pPr>
      <w:r w:rsidRPr="009F5DB7">
        <w:rPr>
          <w:rFonts w:ascii="Calibri" w:eastAsia="Calibri" w:hAnsi="Calibri" w:cs="Calibri"/>
          <w:color w:val="000000"/>
          <w:sz w:val="20"/>
          <w:lang w:val="fr-FR" w:eastAsia="fr-FR"/>
        </w:rPr>
        <w:t xml:space="preserve">Les remboursements suite à une interruption médicale temporaire se feront uniquement après étude du dossier par le comité de la section patinage, sur présentation d'un certificat médical pour une absence d’au moins 1 mois (hors vacances scolaires) pour le groupe compétition et détection, et 8 semaines (hors vacances scolaires) pour les autres groupes. </w:t>
      </w:r>
      <w:r w:rsidRPr="006E4F21">
        <w:rPr>
          <w:rFonts w:ascii="Calibri" w:eastAsia="Calibri" w:hAnsi="Calibri" w:cs="Calibri"/>
          <w:color w:val="000000"/>
          <w:sz w:val="20"/>
          <w:lang w:eastAsia="fr-FR"/>
        </w:rPr>
        <w:t xml:space="preserve">Les remboursements se font sous forme d’avoir. </w:t>
      </w:r>
    </w:p>
    <w:p w14:paraId="036B4FB1" w14:textId="77777777" w:rsidR="009F5DB7" w:rsidRPr="006E4F21" w:rsidRDefault="009F5DB7" w:rsidP="009F5DB7">
      <w:pPr>
        <w:spacing w:after="0" w:line="259" w:lineRule="auto"/>
        <w:rPr>
          <w:rFonts w:ascii="Calibri" w:eastAsia="Calibri" w:hAnsi="Calibri" w:cs="Calibri"/>
          <w:color w:val="000000"/>
          <w:sz w:val="20"/>
          <w:lang w:eastAsia="fr-FR"/>
        </w:rPr>
      </w:pPr>
      <w:r w:rsidRPr="006E4F21">
        <w:rPr>
          <w:rFonts w:ascii="Calibri" w:eastAsia="Calibri" w:hAnsi="Calibri" w:cs="Calibri"/>
          <w:color w:val="000000"/>
          <w:sz w:val="20"/>
          <w:lang w:eastAsia="fr-FR"/>
        </w:rPr>
        <w:t xml:space="preserve"> </w:t>
      </w:r>
    </w:p>
    <w:p w14:paraId="46DCF2FF" w14:textId="77777777" w:rsidR="009F5DB7" w:rsidRPr="009F5DB7" w:rsidRDefault="009F5DB7" w:rsidP="009F5DB7">
      <w:pPr>
        <w:spacing w:after="12" w:line="249" w:lineRule="auto"/>
        <w:ind w:left="-15"/>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23 : </w:t>
      </w:r>
      <w:r w:rsidRPr="009F5DB7">
        <w:rPr>
          <w:rFonts w:ascii="Calibri" w:eastAsia="Calibri" w:hAnsi="Calibri" w:cs="Calibri"/>
          <w:color w:val="000000"/>
          <w:sz w:val="20"/>
          <w:lang w:val="fr-FR" w:eastAsia="fr-FR"/>
        </w:rPr>
        <w:t xml:space="preserve">Cotisations : </w:t>
      </w:r>
    </w:p>
    <w:p w14:paraId="2562F53C" w14:textId="7B6DB576" w:rsidR="009F5DB7" w:rsidRPr="009F5DB7" w:rsidRDefault="009F5DB7" w:rsidP="009F5DB7">
      <w:pPr>
        <w:tabs>
          <w:tab w:val="right" w:pos="9098"/>
        </w:tabs>
        <w:spacing w:after="5" w:line="248" w:lineRule="auto"/>
        <w:ind w:left="-15"/>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r w:rsidRPr="009F5DB7">
        <w:rPr>
          <w:rFonts w:ascii="Calibri" w:eastAsia="Calibri" w:hAnsi="Calibri" w:cs="Calibri"/>
          <w:color w:val="000000"/>
          <w:sz w:val="20"/>
          <w:lang w:val="fr-FR" w:eastAsia="fr-FR"/>
        </w:rPr>
        <w:tab/>
        <w:t xml:space="preserve">Tout nouvel adhérent a la possibilité de faire 1 cours d’essai. Ce cours d’essai sont gratuits en septembre. </w:t>
      </w:r>
    </w:p>
    <w:p w14:paraId="6066B50B"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A compter du 1 er octobre, le cours d’essai sera facturé 16 € + 4 € de location de patins. </w:t>
      </w:r>
    </w:p>
    <w:p w14:paraId="5F3C5451"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-La licence kid est réservée aux enfants de moins de 10 ans s’inscrivant pour la 1ère fois au club. </w:t>
      </w:r>
    </w:p>
    <w:p w14:paraId="287B81CB"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252EFE79"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24 :</w:t>
      </w:r>
      <w:r w:rsidRPr="009F5DB7">
        <w:rPr>
          <w:rFonts w:ascii="Calibri" w:eastAsia="Calibri" w:hAnsi="Calibri" w:cs="Calibri"/>
          <w:color w:val="000000"/>
          <w:sz w:val="20"/>
          <w:lang w:val="fr-FR" w:eastAsia="fr-FR"/>
        </w:rPr>
        <w:t xml:space="preserve"> Durant les cours et lors de passage de tests, l’accès aux gradins est toléré. Il est demandé aux parents et à tout spectateur de rester impérativement dans les gradins et de ne pas intervenir auprès des entraîneurs ni d’appeler les enfants sur la piste. </w:t>
      </w:r>
    </w:p>
    <w:p w14:paraId="16E52480" w14:textId="77777777" w:rsidR="009F5DB7" w:rsidRPr="009F5DB7" w:rsidRDefault="009F5DB7" w:rsidP="009F5DB7">
      <w:pPr>
        <w:spacing w:after="118" w:line="259" w:lineRule="auto"/>
        <w:rPr>
          <w:rFonts w:ascii="Calibri" w:eastAsia="Calibri" w:hAnsi="Calibri" w:cs="Calibri"/>
          <w:color w:val="000000"/>
          <w:sz w:val="20"/>
          <w:lang w:val="fr-FR" w:eastAsia="fr-FR"/>
        </w:rPr>
      </w:pPr>
      <w:r w:rsidRPr="006E4F21">
        <w:rPr>
          <w:rFonts w:ascii="Calibri" w:eastAsia="Calibri" w:hAnsi="Calibri" w:cs="Calibri"/>
          <w:noProof/>
          <w:color w:val="000000"/>
          <w:sz w:val="20"/>
          <w:lang w:eastAsia="fr-FR"/>
        </w:rPr>
        <w:drawing>
          <wp:anchor distT="0" distB="0" distL="114300" distR="114300" simplePos="0" relativeHeight="251664896" behindDoc="0" locked="0" layoutInCell="1" allowOverlap="0" wp14:anchorId="1D0D3197" wp14:editId="1E34296D">
            <wp:simplePos x="0" y="0"/>
            <wp:positionH relativeFrom="page">
              <wp:posOffset>247015</wp:posOffset>
            </wp:positionH>
            <wp:positionV relativeFrom="page">
              <wp:posOffset>222885</wp:posOffset>
            </wp:positionV>
            <wp:extent cx="524510" cy="524510"/>
            <wp:effectExtent l="0" t="0" r="0" b="0"/>
            <wp:wrapSquare wrapText="bothSides"/>
            <wp:docPr id="1410" name="Picture 1410"/>
            <wp:cNvGraphicFramePr/>
            <a:graphic xmlns:a="http://schemas.openxmlformats.org/drawingml/2006/main">
              <a:graphicData uri="http://schemas.openxmlformats.org/drawingml/2006/picture">
                <pic:pic xmlns:pic="http://schemas.openxmlformats.org/drawingml/2006/picture">
                  <pic:nvPicPr>
                    <pic:cNvPr id="1410" name="Picture 1410"/>
                    <pic:cNvPicPr/>
                  </pic:nvPicPr>
                  <pic:blipFill>
                    <a:blip r:embed="rId9"/>
                    <a:stretch>
                      <a:fillRect/>
                    </a:stretch>
                  </pic:blipFill>
                  <pic:spPr>
                    <a:xfrm>
                      <a:off x="0" y="0"/>
                      <a:ext cx="524510" cy="524510"/>
                    </a:xfrm>
                    <a:prstGeom prst="rect">
                      <a:avLst/>
                    </a:prstGeom>
                  </pic:spPr>
                </pic:pic>
              </a:graphicData>
            </a:graphic>
          </wp:anchor>
        </w:drawing>
      </w:r>
      <w:r w:rsidRPr="009F5DB7">
        <w:rPr>
          <w:rFonts w:ascii="Calibri" w:eastAsia="Calibri" w:hAnsi="Calibri" w:cs="Calibri"/>
          <w:color w:val="000000"/>
          <w:sz w:val="20"/>
          <w:lang w:val="fr-FR" w:eastAsia="fr-FR"/>
        </w:rPr>
        <w:t xml:space="preserve"> </w:t>
      </w:r>
    </w:p>
    <w:p w14:paraId="6FB61358" w14:textId="77777777" w:rsidR="009F5DB7" w:rsidRPr="009F5DB7" w:rsidRDefault="009F5DB7" w:rsidP="009F5DB7">
      <w:pPr>
        <w:spacing w:after="150"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25 </w:t>
      </w:r>
      <w:r w:rsidRPr="009F5DB7">
        <w:rPr>
          <w:rFonts w:ascii="Calibri" w:eastAsia="Calibri" w:hAnsi="Calibri" w:cs="Calibri"/>
          <w:color w:val="000000"/>
          <w:sz w:val="20"/>
          <w:lang w:val="fr-FR" w:eastAsia="fr-FR"/>
        </w:rPr>
        <w:t xml:space="preserve">: les adhérents doivent respecter les horaires des cours ; les professeurs sont en droit de refuser l’accès à la piste en cas de retards répétés et injustifiés. Il est interdit de monter sur la piste sans la présence et l’accord d’un professeur ou d’un dirigeant du club. </w:t>
      </w:r>
    </w:p>
    <w:p w14:paraId="371116CC" w14:textId="77777777" w:rsidR="009F5DB7" w:rsidRPr="009F5DB7" w:rsidRDefault="009F5DB7" w:rsidP="009F5DB7">
      <w:pPr>
        <w:spacing w:after="177"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26 </w:t>
      </w:r>
      <w:r w:rsidRPr="009F5DB7">
        <w:rPr>
          <w:rFonts w:ascii="Calibri" w:eastAsia="Calibri" w:hAnsi="Calibri" w:cs="Calibri"/>
          <w:color w:val="000000"/>
          <w:sz w:val="20"/>
          <w:lang w:val="fr-FR" w:eastAsia="fr-FR"/>
        </w:rPr>
        <w:t xml:space="preserve">: il est interdit de circuler ou d'accéder dans les zones non autorisées au public (caisse, banque à patins, bureaux, vestiaires réservés) sous peine d’exclusion définitive, sauf autorisation de l’équipe dirigeante. </w:t>
      </w:r>
    </w:p>
    <w:p w14:paraId="25A46574" w14:textId="77777777" w:rsidR="009F5DB7" w:rsidRPr="009F5DB7" w:rsidRDefault="009F5DB7" w:rsidP="009F5DB7">
      <w:pPr>
        <w:spacing w:after="152"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 xml:space="preserve">*ARTICLE 27 : </w:t>
      </w:r>
      <w:r w:rsidRPr="009F5DB7">
        <w:rPr>
          <w:rFonts w:ascii="Calibri" w:eastAsia="Calibri" w:hAnsi="Calibri" w:cs="Calibri"/>
          <w:color w:val="000000"/>
          <w:sz w:val="20"/>
          <w:lang w:val="fr-FR" w:eastAsia="fr-FR"/>
        </w:rPr>
        <w:t xml:space="preserve">un comportement correct est exigé envers tous, dirigeants, professeurs, personnel de la patinoire, bénévoles, visiteurs, dans l'enceinte de la patinoire et dans tous les lieux où l’adhérent représente le club. Les dégradations, incivilités, injures, sévices et contraintes envers les autres sportifs, ainsi que les insultes sur les réseaux sociaux, tous comportements ou attitudes anti sportifs ou de nature à porter atteinte à l’homogénéité, à l’honorabilité du club, tant par l’adhérent que ses parents, amis ou connaissances, entraîneraient son exclusion temporaire ou définitive. La décision appartient aux membres du comité de la section patinage. </w:t>
      </w:r>
    </w:p>
    <w:p w14:paraId="2ED4E8B6"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28 :</w:t>
      </w:r>
      <w:r w:rsidRPr="009F5DB7">
        <w:rPr>
          <w:rFonts w:ascii="Calibri" w:eastAsia="Calibri" w:hAnsi="Calibri" w:cs="Calibri"/>
          <w:color w:val="000000"/>
          <w:sz w:val="20"/>
          <w:lang w:val="fr-FR" w:eastAsia="fr-FR"/>
        </w:rPr>
        <w:t xml:space="preserve"> le respect des règles d'hygiène et de sécurité doit être appliqué par tous dans l'ensemble de la patinoire et de son environnement. </w:t>
      </w:r>
    </w:p>
    <w:p w14:paraId="38F0523A"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768F592D" w14:textId="77777777" w:rsidR="009F5DB7" w:rsidRPr="009F5DB7" w:rsidRDefault="009F5DB7" w:rsidP="009F5DB7">
      <w:pPr>
        <w:spacing w:after="5" w:line="248" w:lineRule="auto"/>
        <w:ind w:left="-5" w:right="10" w:hanging="10"/>
        <w:jc w:val="both"/>
        <w:rPr>
          <w:rFonts w:ascii="Calibri" w:eastAsia="Calibri" w:hAnsi="Calibri" w:cs="Calibri"/>
          <w:color w:val="000000"/>
          <w:sz w:val="20"/>
          <w:lang w:val="fr-FR" w:eastAsia="fr-FR"/>
        </w:rPr>
      </w:pPr>
      <w:r w:rsidRPr="009F5DB7">
        <w:rPr>
          <w:rFonts w:ascii="Calibri" w:eastAsia="Calibri" w:hAnsi="Calibri" w:cs="Calibri"/>
          <w:b/>
          <w:color w:val="000000"/>
          <w:sz w:val="20"/>
          <w:lang w:val="fr-FR" w:eastAsia="fr-FR"/>
        </w:rPr>
        <w:t>*ARTICLE 29 :</w:t>
      </w:r>
      <w:r w:rsidRPr="009F5DB7">
        <w:rPr>
          <w:rFonts w:ascii="Calibri" w:eastAsia="Calibri" w:hAnsi="Calibri" w:cs="Calibri"/>
          <w:color w:val="000000"/>
          <w:sz w:val="20"/>
          <w:lang w:val="fr-FR" w:eastAsia="fr-FR"/>
        </w:rPr>
        <w:t xml:space="preserve"> le contenu et la présentation du site Internet appartiennent aux membres du comité de la section patinage. </w:t>
      </w:r>
    </w:p>
    <w:p w14:paraId="745D18F1"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sz w:val="20"/>
          <w:lang w:val="fr-FR" w:eastAsia="fr-FR"/>
        </w:rPr>
        <w:t xml:space="preserve"> </w:t>
      </w:r>
    </w:p>
    <w:p w14:paraId="3292D0A9"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color w:val="000000"/>
          <w:lang w:val="fr-FR" w:eastAsia="fr-FR"/>
        </w:rPr>
        <w:t xml:space="preserve"> </w:t>
      </w:r>
    </w:p>
    <w:p w14:paraId="455BA7A7" w14:textId="77777777" w:rsidR="009F5DB7" w:rsidRPr="009F5DB7" w:rsidRDefault="009F5DB7" w:rsidP="009F5DB7">
      <w:pPr>
        <w:spacing w:after="0" w:line="259" w:lineRule="auto"/>
        <w:ind w:left="-5" w:hanging="10"/>
        <w:rPr>
          <w:rFonts w:ascii="Calibri" w:eastAsia="Calibri" w:hAnsi="Calibri" w:cs="Calibri"/>
          <w:color w:val="000000"/>
          <w:sz w:val="20"/>
          <w:lang w:val="fr-FR" w:eastAsia="fr-FR"/>
        </w:rPr>
      </w:pPr>
      <w:r w:rsidRPr="009F5DB7">
        <w:rPr>
          <w:rFonts w:ascii="Calibri" w:eastAsia="Calibri" w:hAnsi="Calibri" w:cs="Calibri"/>
          <w:b/>
          <w:color w:val="000000"/>
          <w:shd w:val="clear" w:color="auto" w:fill="FFFF00"/>
          <w:lang w:val="fr-FR" w:eastAsia="fr-FR"/>
        </w:rPr>
        <w:t>Mention manuscrite « Lu et approuvé, bon pour accord »                             A Strasbourg, le</w:t>
      </w:r>
      <w:r w:rsidRPr="009F5DB7">
        <w:rPr>
          <w:rFonts w:ascii="Calibri" w:eastAsia="Calibri" w:hAnsi="Calibri" w:cs="Calibri"/>
          <w:b/>
          <w:color w:val="000000"/>
          <w:lang w:val="fr-FR" w:eastAsia="fr-FR"/>
        </w:rPr>
        <w:t xml:space="preserve"> </w:t>
      </w:r>
    </w:p>
    <w:p w14:paraId="683B9DB6"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b/>
          <w:color w:val="000000"/>
          <w:lang w:val="fr-FR" w:eastAsia="fr-FR"/>
        </w:rPr>
        <w:t xml:space="preserve"> </w:t>
      </w:r>
    </w:p>
    <w:p w14:paraId="521E4C79" w14:textId="77777777" w:rsidR="009F5DB7" w:rsidRPr="009F5DB7" w:rsidRDefault="009F5DB7" w:rsidP="009F5DB7">
      <w:pPr>
        <w:spacing w:after="0" w:line="259" w:lineRule="auto"/>
        <w:rPr>
          <w:rFonts w:ascii="Calibri" w:eastAsia="Calibri" w:hAnsi="Calibri" w:cs="Calibri"/>
          <w:color w:val="000000"/>
          <w:sz w:val="20"/>
          <w:lang w:val="fr-FR" w:eastAsia="fr-FR"/>
        </w:rPr>
      </w:pPr>
      <w:r w:rsidRPr="009F5DB7">
        <w:rPr>
          <w:rFonts w:ascii="Calibri" w:eastAsia="Calibri" w:hAnsi="Calibri" w:cs="Calibri"/>
          <w:b/>
          <w:color w:val="000000"/>
          <w:lang w:val="fr-FR" w:eastAsia="fr-FR"/>
        </w:rPr>
        <w:t xml:space="preserve"> </w:t>
      </w:r>
      <w:r w:rsidRPr="009F5DB7">
        <w:rPr>
          <w:rFonts w:ascii="Calibri" w:eastAsia="Calibri" w:hAnsi="Calibri" w:cs="Calibri"/>
          <w:b/>
          <w:color w:val="000000"/>
          <w:lang w:val="fr-FR" w:eastAsia="fr-FR"/>
        </w:rPr>
        <w:tab/>
        <w:t xml:space="preserve"> </w:t>
      </w:r>
    </w:p>
    <w:p w14:paraId="6F68935F" w14:textId="77777777" w:rsidR="009F5DB7" w:rsidRPr="009F5DB7" w:rsidRDefault="009F5DB7" w:rsidP="009F5DB7">
      <w:pPr>
        <w:spacing w:after="0" w:line="259" w:lineRule="auto"/>
        <w:ind w:left="-5" w:hanging="10"/>
        <w:rPr>
          <w:rFonts w:ascii="Calibri" w:eastAsia="Calibri" w:hAnsi="Calibri" w:cs="Calibri"/>
          <w:color w:val="000000"/>
          <w:sz w:val="20"/>
          <w:lang w:val="fr-FR" w:eastAsia="fr-FR"/>
        </w:rPr>
      </w:pPr>
      <w:r w:rsidRPr="009F5DB7">
        <w:rPr>
          <w:rFonts w:ascii="Calibri" w:eastAsia="Calibri" w:hAnsi="Calibri" w:cs="Calibri"/>
          <w:b/>
          <w:color w:val="000000"/>
          <w:shd w:val="clear" w:color="auto" w:fill="FFFF00"/>
          <w:lang w:val="fr-FR" w:eastAsia="fr-FR"/>
        </w:rPr>
        <w:t>Nom et signature (le patineur ou son représentant légal) :</w:t>
      </w:r>
      <w:r w:rsidRPr="009F5DB7">
        <w:rPr>
          <w:rFonts w:ascii="Calibri" w:eastAsia="Calibri" w:hAnsi="Calibri" w:cs="Calibri"/>
          <w:b/>
          <w:color w:val="000000"/>
          <w:lang w:val="fr-FR" w:eastAsia="fr-FR"/>
        </w:rPr>
        <w:t xml:space="preserve"> </w:t>
      </w:r>
    </w:p>
    <w:p w14:paraId="19EAA66A" w14:textId="77777777" w:rsidR="009F5DB7" w:rsidRPr="009F5DB7" w:rsidRDefault="009F5DB7" w:rsidP="009F5DB7">
      <w:pPr>
        <w:spacing w:after="562" w:line="259" w:lineRule="auto"/>
        <w:rPr>
          <w:rFonts w:ascii="Calibri" w:eastAsia="Calibri" w:hAnsi="Calibri" w:cs="Calibri"/>
          <w:color w:val="000000"/>
          <w:sz w:val="20"/>
          <w:lang w:val="fr-FR" w:eastAsia="fr-FR"/>
        </w:rPr>
      </w:pPr>
      <w:r w:rsidRPr="009F5DB7">
        <w:rPr>
          <w:rFonts w:ascii="Calibri" w:eastAsia="Calibri" w:hAnsi="Calibri" w:cs="Calibri"/>
          <w:color w:val="000000"/>
          <w:lang w:val="fr-FR" w:eastAsia="fr-FR"/>
        </w:rPr>
        <w:t xml:space="preserve"> </w:t>
      </w:r>
    </w:p>
    <w:p w14:paraId="59FEF092" w14:textId="77777777" w:rsidR="009F5DB7" w:rsidRPr="009F5DB7" w:rsidRDefault="009F5DB7" w:rsidP="009F5DB7">
      <w:pPr>
        <w:rPr>
          <w:lang w:val="fr-FR"/>
        </w:rPr>
      </w:pPr>
    </w:p>
    <w:p w14:paraId="188CD2C6" w14:textId="77777777" w:rsidR="00F5664C" w:rsidRPr="00A57C74" w:rsidRDefault="00F5664C" w:rsidP="008234B8">
      <w:pPr>
        <w:ind w:left="-1247"/>
        <w:jc w:val="center"/>
        <w:rPr>
          <w:lang w:val="fr-FR"/>
        </w:rPr>
      </w:pPr>
    </w:p>
    <w:sectPr w:rsidR="00F5664C" w:rsidRPr="00A57C74"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894FE" w14:textId="77777777" w:rsidR="00FF6327" w:rsidRDefault="00FF6327" w:rsidP="002020BA">
      <w:pPr>
        <w:spacing w:after="0" w:line="240" w:lineRule="auto"/>
      </w:pPr>
      <w:r>
        <w:separator/>
      </w:r>
    </w:p>
  </w:endnote>
  <w:endnote w:type="continuationSeparator" w:id="0">
    <w:p w14:paraId="4F15F894" w14:textId="77777777" w:rsidR="00FF6327" w:rsidRDefault="00FF6327" w:rsidP="00202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00EB" w14:textId="4943DFCC" w:rsidR="00C865F1" w:rsidRDefault="00ED5B66" w:rsidP="00C865F1">
    <w:pPr>
      <w:pStyle w:val="Pieddepage"/>
      <w:jc w:val="center"/>
      <w:rPr>
        <w:b/>
        <w:bCs/>
      </w:rPr>
    </w:pPr>
    <w:r>
      <w:rPr>
        <w:lang w:val="fr-FR"/>
      </w:rPr>
      <w:t xml:space="preserve">Page </w:t>
    </w:r>
    <w:r>
      <w:rPr>
        <w:b/>
        <w:bCs/>
      </w:rPr>
      <w:fldChar w:fldCharType="begin"/>
    </w:r>
    <w:r>
      <w:rPr>
        <w:b/>
        <w:bCs/>
      </w:rPr>
      <w:instrText>PAGE  \* Arabic  \* MERGEFORMAT</w:instrText>
    </w:r>
    <w:r>
      <w:rPr>
        <w:b/>
        <w:bCs/>
      </w:rPr>
      <w:fldChar w:fldCharType="separate"/>
    </w:r>
    <w:r>
      <w:rPr>
        <w:b/>
        <w:bCs/>
        <w:lang w:val="fr-FR"/>
      </w:rPr>
      <w:t>1</w:t>
    </w:r>
    <w:r>
      <w:rPr>
        <w:b/>
        <w:bCs/>
      </w:rPr>
      <w:fldChar w:fldCharType="end"/>
    </w:r>
    <w:r>
      <w:rPr>
        <w:lang w:val="fr-FR"/>
      </w:rPr>
      <w:t xml:space="preserve"> sur </w:t>
    </w:r>
    <w:r>
      <w:rPr>
        <w:b/>
        <w:bCs/>
      </w:rPr>
      <w:fldChar w:fldCharType="begin"/>
    </w:r>
    <w:r>
      <w:rPr>
        <w:b/>
        <w:bCs/>
      </w:rPr>
      <w:instrText>NUMPAGES  \* Arabic  \* MERGEFORMAT</w:instrText>
    </w:r>
    <w:r>
      <w:rPr>
        <w:b/>
        <w:bCs/>
      </w:rPr>
      <w:fldChar w:fldCharType="separate"/>
    </w:r>
    <w:r>
      <w:rPr>
        <w:b/>
        <w:bCs/>
        <w:lang w:val="fr-FR"/>
      </w:rPr>
      <w:t>2</w:t>
    </w:r>
    <w:r>
      <w:rPr>
        <w:b/>
        <w:bCs/>
      </w:rPr>
      <w:fldChar w:fldCharType="end"/>
    </w:r>
  </w:p>
  <w:p w14:paraId="6E2DD8CD" w14:textId="77777777" w:rsidR="00ED5B66" w:rsidRDefault="00ED5B66" w:rsidP="00C865F1">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C40D" w14:textId="77777777" w:rsidR="00FF6327" w:rsidRDefault="00FF6327" w:rsidP="002020BA">
      <w:pPr>
        <w:spacing w:after="0" w:line="240" w:lineRule="auto"/>
      </w:pPr>
      <w:r>
        <w:separator/>
      </w:r>
    </w:p>
  </w:footnote>
  <w:footnote w:type="continuationSeparator" w:id="0">
    <w:p w14:paraId="2377BF05" w14:textId="77777777" w:rsidR="00FF6327" w:rsidRDefault="00FF6327" w:rsidP="00202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5893" w14:textId="6CB02A0C" w:rsidR="002020BA" w:rsidRDefault="002020BA">
    <w:pPr>
      <w:pStyle w:val="En-tte"/>
    </w:pPr>
    <w:r>
      <w:rPr>
        <w:noProof/>
      </w:rPr>
      <w:drawing>
        <wp:anchor distT="0" distB="0" distL="114300" distR="114300" simplePos="0" relativeHeight="251647488" behindDoc="1" locked="0" layoutInCell="1" allowOverlap="1" wp14:anchorId="4D0D7137" wp14:editId="3D4A0D37">
          <wp:simplePos x="0" y="0"/>
          <wp:positionH relativeFrom="column">
            <wp:posOffset>2409825</wp:posOffset>
          </wp:positionH>
          <wp:positionV relativeFrom="paragraph">
            <wp:posOffset>-361950</wp:posOffset>
          </wp:positionV>
          <wp:extent cx="663677" cy="581025"/>
          <wp:effectExtent l="0" t="0" r="3175" b="0"/>
          <wp:wrapNone/>
          <wp:docPr id="20225029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02956" name="Image 2022502956"/>
                  <pic:cNvPicPr/>
                </pic:nvPicPr>
                <pic:blipFill>
                  <a:blip r:embed="rId1"/>
                  <a:stretch>
                    <a:fillRect/>
                  </a:stretch>
                </pic:blipFill>
                <pic:spPr>
                  <a:xfrm>
                    <a:off x="0" y="0"/>
                    <a:ext cx="663677" cy="581025"/>
                  </a:xfrm>
                  <a:prstGeom prst="rect">
                    <a:avLst/>
                  </a:prstGeom>
                </pic:spPr>
              </pic:pic>
            </a:graphicData>
          </a:graphic>
        </wp:anchor>
      </w:drawing>
    </w:r>
  </w:p>
  <w:p w14:paraId="7EC193EE" w14:textId="16621444" w:rsidR="002020BA" w:rsidRDefault="000928D9" w:rsidP="000928D9">
    <w:pPr>
      <w:pStyle w:val="Sansinterligne"/>
      <w:tabs>
        <w:tab w:val="left" w:pos="7740"/>
      </w:tabs>
      <w:rPr>
        <w:sz w:val="24"/>
        <w:szCs w:val="24"/>
      </w:rPr>
    </w:pPr>
    <w:r>
      <w:rPr>
        <w:sz w:val="24"/>
        <w:szCs w:val="24"/>
      </w:rPr>
      <w:tab/>
    </w:r>
  </w:p>
  <w:p w14:paraId="35F455EC" w14:textId="664FF8B5" w:rsidR="002020BA" w:rsidRPr="00A57C74" w:rsidRDefault="002020BA" w:rsidP="00111F49">
    <w:pPr>
      <w:pStyle w:val="Sansinterligne"/>
      <w:jc w:val="center"/>
      <w:rPr>
        <w:i/>
        <w:iCs/>
        <w:sz w:val="18"/>
        <w:szCs w:val="18"/>
        <w:lang w:val="fr-FR"/>
      </w:rPr>
    </w:pPr>
    <w:r w:rsidRPr="00A57C74">
      <w:rPr>
        <w:i/>
        <w:iCs/>
        <w:sz w:val="18"/>
        <w:szCs w:val="18"/>
        <w:lang w:val="fr-FR"/>
      </w:rPr>
      <w:t>Rue Pierre Nuss 67200 Strasbourg | patinage-strasbourg.com</w:t>
    </w:r>
    <w:r w:rsidR="00111F49" w:rsidRPr="00A57C74">
      <w:rPr>
        <w:i/>
        <w:iCs/>
        <w:sz w:val="18"/>
        <w:szCs w:val="18"/>
        <w:lang w:val="fr-FR"/>
      </w:rPr>
      <w:t xml:space="preserve"> - </w:t>
    </w:r>
    <w:r w:rsidRPr="00A57C74">
      <w:rPr>
        <w:i/>
        <w:iCs/>
        <w:sz w:val="18"/>
        <w:szCs w:val="18"/>
        <w:lang w:val="fr-FR"/>
      </w:rPr>
      <w:t>csgsa.patinage@gmail.com</w:t>
    </w:r>
  </w:p>
  <w:p w14:paraId="3F3CD0CF" w14:textId="71B0600F" w:rsidR="002020BA" w:rsidRPr="00856BD3" w:rsidRDefault="002020BA" w:rsidP="002020BA">
    <w:pPr>
      <w:pStyle w:val="Titre"/>
      <w:jc w:val="center"/>
      <w:rPr>
        <w:sz w:val="30"/>
        <w:szCs w:val="30"/>
        <w:lang w:val="fr-FR"/>
      </w:rPr>
    </w:pPr>
    <w:r w:rsidRPr="00856BD3">
      <w:rPr>
        <w:sz w:val="30"/>
        <w:szCs w:val="30"/>
        <w:lang w:val="fr-FR"/>
      </w:rPr>
      <w:t>INSCRIPTION SAISON 202</w:t>
    </w:r>
    <w:r w:rsidR="000928D9" w:rsidRPr="00856BD3">
      <w:rPr>
        <w:sz w:val="30"/>
        <w:szCs w:val="30"/>
        <w:lang w:val="fr-FR"/>
      </w:rPr>
      <w:t>6</w:t>
    </w:r>
    <w:r w:rsidRPr="00856BD3">
      <w:rPr>
        <w:sz w:val="30"/>
        <w:szCs w:val="30"/>
        <w:lang w:val="fr-FR"/>
      </w:rPr>
      <w:t>-202</w:t>
    </w:r>
    <w:r w:rsidR="000928D9" w:rsidRPr="00856BD3">
      <w:rPr>
        <w:sz w:val="30"/>
        <w:szCs w:val="30"/>
        <w:lang w:val="fr-FR"/>
      </w:rPr>
      <w:t>7</w:t>
    </w:r>
  </w:p>
  <w:p w14:paraId="0CCAF7AF" w14:textId="204602A7" w:rsidR="00111F49" w:rsidRPr="00856BD3" w:rsidRDefault="00856BD3" w:rsidP="00856BD3">
    <w:pPr>
      <w:spacing w:before="39"/>
      <w:ind w:left="99" w:right="90"/>
      <w:jc w:val="center"/>
      <w:rPr>
        <w:sz w:val="20"/>
        <w:szCs w:val="20"/>
        <w:lang w:val="fr-FR"/>
      </w:rPr>
    </w:pPr>
    <w:r w:rsidRPr="00856BD3">
      <w:rPr>
        <w:b/>
        <w:w w:val="105"/>
        <w:sz w:val="20"/>
        <w:szCs w:val="20"/>
        <w:lang w:val="fr-FR"/>
      </w:rPr>
      <w:t xml:space="preserve">BABY CLUB – INITIATION LOISIR - </w:t>
    </w:r>
    <w:r w:rsidRPr="00856BD3">
      <w:rPr>
        <w:b/>
        <w:sz w:val="20"/>
        <w:szCs w:val="20"/>
        <w:lang w:val="fr-FR"/>
      </w:rPr>
      <w:t xml:space="preserve">LOISIR AVANCE </w:t>
    </w:r>
    <w:r w:rsidRPr="00856BD3">
      <w:rPr>
        <w:b/>
        <w:w w:val="105"/>
        <w:sz w:val="20"/>
        <w:szCs w:val="20"/>
        <w:lang w:val="fr-FR"/>
      </w:rPr>
      <w:t xml:space="preserve">– </w:t>
    </w:r>
    <w:r w:rsidRPr="00856BD3">
      <w:rPr>
        <w:b/>
        <w:sz w:val="20"/>
        <w:szCs w:val="20"/>
        <w:lang w:val="fr-FR"/>
      </w:rPr>
      <w:t>ADULTE ARTISTIQUE - DANSE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BA45369"/>
    <w:multiLevelType w:val="hybridMultilevel"/>
    <w:tmpl w:val="5498E532"/>
    <w:lvl w:ilvl="0" w:tplc="040C0003">
      <w:start w:val="1"/>
      <w:numFmt w:val="bullet"/>
      <w:lvlText w:val="o"/>
      <w:lvlJc w:val="left"/>
      <w:pPr>
        <w:ind w:left="-471" w:hanging="360"/>
      </w:pPr>
      <w:rPr>
        <w:rFonts w:ascii="Courier New" w:hAnsi="Courier New" w:cs="Courier New" w:hint="default"/>
      </w:rPr>
    </w:lvl>
    <w:lvl w:ilvl="1" w:tplc="040C0003" w:tentative="1">
      <w:start w:val="1"/>
      <w:numFmt w:val="bullet"/>
      <w:lvlText w:val="o"/>
      <w:lvlJc w:val="left"/>
      <w:pPr>
        <w:ind w:left="249" w:hanging="360"/>
      </w:pPr>
      <w:rPr>
        <w:rFonts w:ascii="Courier New" w:hAnsi="Courier New" w:cs="Courier New" w:hint="default"/>
      </w:rPr>
    </w:lvl>
    <w:lvl w:ilvl="2" w:tplc="040C0005" w:tentative="1">
      <w:start w:val="1"/>
      <w:numFmt w:val="bullet"/>
      <w:lvlText w:val=""/>
      <w:lvlJc w:val="left"/>
      <w:pPr>
        <w:ind w:left="969" w:hanging="360"/>
      </w:pPr>
      <w:rPr>
        <w:rFonts w:ascii="Wingdings" w:hAnsi="Wingdings" w:hint="default"/>
      </w:rPr>
    </w:lvl>
    <w:lvl w:ilvl="3" w:tplc="040C0001" w:tentative="1">
      <w:start w:val="1"/>
      <w:numFmt w:val="bullet"/>
      <w:lvlText w:val=""/>
      <w:lvlJc w:val="left"/>
      <w:pPr>
        <w:ind w:left="1689" w:hanging="360"/>
      </w:pPr>
      <w:rPr>
        <w:rFonts w:ascii="Symbol" w:hAnsi="Symbol" w:hint="default"/>
      </w:rPr>
    </w:lvl>
    <w:lvl w:ilvl="4" w:tplc="040C0003" w:tentative="1">
      <w:start w:val="1"/>
      <w:numFmt w:val="bullet"/>
      <w:lvlText w:val="o"/>
      <w:lvlJc w:val="left"/>
      <w:pPr>
        <w:ind w:left="2409" w:hanging="360"/>
      </w:pPr>
      <w:rPr>
        <w:rFonts w:ascii="Courier New" w:hAnsi="Courier New" w:cs="Courier New" w:hint="default"/>
      </w:rPr>
    </w:lvl>
    <w:lvl w:ilvl="5" w:tplc="040C0005" w:tentative="1">
      <w:start w:val="1"/>
      <w:numFmt w:val="bullet"/>
      <w:lvlText w:val=""/>
      <w:lvlJc w:val="left"/>
      <w:pPr>
        <w:ind w:left="3129" w:hanging="360"/>
      </w:pPr>
      <w:rPr>
        <w:rFonts w:ascii="Wingdings" w:hAnsi="Wingdings" w:hint="default"/>
      </w:rPr>
    </w:lvl>
    <w:lvl w:ilvl="6" w:tplc="040C0001" w:tentative="1">
      <w:start w:val="1"/>
      <w:numFmt w:val="bullet"/>
      <w:lvlText w:val=""/>
      <w:lvlJc w:val="left"/>
      <w:pPr>
        <w:ind w:left="3849" w:hanging="360"/>
      </w:pPr>
      <w:rPr>
        <w:rFonts w:ascii="Symbol" w:hAnsi="Symbol" w:hint="default"/>
      </w:rPr>
    </w:lvl>
    <w:lvl w:ilvl="7" w:tplc="040C0003" w:tentative="1">
      <w:start w:val="1"/>
      <w:numFmt w:val="bullet"/>
      <w:lvlText w:val="o"/>
      <w:lvlJc w:val="left"/>
      <w:pPr>
        <w:ind w:left="4569" w:hanging="360"/>
      </w:pPr>
      <w:rPr>
        <w:rFonts w:ascii="Courier New" w:hAnsi="Courier New" w:cs="Courier New" w:hint="default"/>
      </w:rPr>
    </w:lvl>
    <w:lvl w:ilvl="8" w:tplc="040C0005" w:tentative="1">
      <w:start w:val="1"/>
      <w:numFmt w:val="bullet"/>
      <w:lvlText w:val=""/>
      <w:lvlJc w:val="left"/>
      <w:pPr>
        <w:ind w:left="5289" w:hanging="360"/>
      </w:pPr>
      <w:rPr>
        <w:rFonts w:ascii="Wingdings" w:hAnsi="Wingdings" w:hint="default"/>
      </w:rPr>
    </w:lvl>
  </w:abstractNum>
  <w:abstractNum w:abstractNumId="10" w15:restartNumberingAfterBreak="0">
    <w:nsid w:val="34C235C6"/>
    <w:multiLevelType w:val="hybridMultilevel"/>
    <w:tmpl w:val="1A161EA8"/>
    <w:lvl w:ilvl="0" w:tplc="54FCB602">
      <w:numFmt w:val="bullet"/>
      <w:lvlText w:val=""/>
      <w:lvlJc w:val="left"/>
      <w:pPr>
        <w:ind w:left="720" w:hanging="360"/>
      </w:pPr>
      <w:rPr>
        <w:rFonts w:ascii="Symbol" w:eastAsia="Trebuchet MS" w:hAnsi="Symbol"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13420B7"/>
    <w:multiLevelType w:val="hybridMultilevel"/>
    <w:tmpl w:val="68A26B68"/>
    <w:lvl w:ilvl="0" w:tplc="040C000F">
      <w:start w:val="1"/>
      <w:numFmt w:val="decimal"/>
      <w:lvlText w:val="%1."/>
      <w:lvlJc w:val="left"/>
      <w:pPr>
        <w:ind w:left="-414" w:hanging="360"/>
      </w:pPr>
    </w:lvl>
    <w:lvl w:ilvl="1" w:tplc="040C0019" w:tentative="1">
      <w:start w:val="1"/>
      <w:numFmt w:val="lowerLetter"/>
      <w:lvlText w:val="%2."/>
      <w:lvlJc w:val="left"/>
      <w:pPr>
        <w:ind w:left="306" w:hanging="360"/>
      </w:pPr>
    </w:lvl>
    <w:lvl w:ilvl="2" w:tplc="040C001B" w:tentative="1">
      <w:start w:val="1"/>
      <w:numFmt w:val="lowerRoman"/>
      <w:lvlText w:val="%3."/>
      <w:lvlJc w:val="right"/>
      <w:pPr>
        <w:ind w:left="1026" w:hanging="180"/>
      </w:pPr>
    </w:lvl>
    <w:lvl w:ilvl="3" w:tplc="040C000F" w:tentative="1">
      <w:start w:val="1"/>
      <w:numFmt w:val="decimal"/>
      <w:lvlText w:val="%4."/>
      <w:lvlJc w:val="left"/>
      <w:pPr>
        <w:ind w:left="1746" w:hanging="360"/>
      </w:pPr>
    </w:lvl>
    <w:lvl w:ilvl="4" w:tplc="040C0019" w:tentative="1">
      <w:start w:val="1"/>
      <w:numFmt w:val="lowerLetter"/>
      <w:lvlText w:val="%5."/>
      <w:lvlJc w:val="left"/>
      <w:pPr>
        <w:ind w:left="2466" w:hanging="360"/>
      </w:pPr>
    </w:lvl>
    <w:lvl w:ilvl="5" w:tplc="040C001B" w:tentative="1">
      <w:start w:val="1"/>
      <w:numFmt w:val="lowerRoman"/>
      <w:lvlText w:val="%6."/>
      <w:lvlJc w:val="right"/>
      <w:pPr>
        <w:ind w:left="3186" w:hanging="180"/>
      </w:pPr>
    </w:lvl>
    <w:lvl w:ilvl="6" w:tplc="040C000F" w:tentative="1">
      <w:start w:val="1"/>
      <w:numFmt w:val="decimal"/>
      <w:lvlText w:val="%7."/>
      <w:lvlJc w:val="left"/>
      <w:pPr>
        <w:ind w:left="3906" w:hanging="360"/>
      </w:pPr>
    </w:lvl>
    <w:lvl w:ilvl="7" w:tplc="040C0019" w:tentative="1">
      <w:start w:val="1"/>
      <w:numFmt w:val="lowerLetter"/>
      <w:lvlText w:val="%8."/>
      <w:lvlJc w:val="left"/>
      <w:pPr>
        <w:ind w:left="4626" w:hanging="360"/>
      </w:pPr>
    </w:lvl>
    <w:lvl w:ilvl="8" w:tplc="040C001B" w:tentative="1">
      <w:start w:val="1"/>
      <w:numFmt w:val="lowerRoman"/>
      <w:lvlText w:val="%9."/>
      <w:lvlJc w:val="right"/>
      <w:pPr>
        <w:ind w:left="5346" w:hanging="180"/>
      </w:pPr>
    </w:lvl>
  </w:abstractNum>
  <w:abstractNum w:abstractNumId="12" w15:restartNumberingAfterBreak="0">
    <w:nsid w:val="474F743B"/>
    <w:multiLevelType w:val="hybridMultilevel"/>
    <w:tmpl w:val="8FC6016E"/>
    <w:lvl w:ilvl="0" w:tplc="14F6893C">
      <w:start w:val="1"/>
      <w:numFmt w:val="bullet"/>
      <w:lvlText w:val="*"/>
      <w:lvlJc w:val="left"/>
      <w:pPr>
        <w:ind w:left="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FC027E">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B2DADC">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B6FA9C">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B891E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A2C95A">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EC2BD0">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06E9D4">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B00F08">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7591F3E"/>
    <w:multiLevelType w:val="hybridMultilevel"/>
    <w:tmpl w:val="CD0CDEAC"/>
    <w:lvl w:ilvl="0" w:tplc="9580EF08">
      <w:start w:val="1"/>
      <w:numFmt w:val="bullet"/>
      <w:lvlText w:val=""/>
      <w:lvlJc w:val="left"/>
      <w:pPr>
        <w:ind w:left="378" w:hanging="360"/>
      </w:pPr>
      <w:rPr>
        <w:rFonts w:ascii="Symbol" w:eastAsia="Trebuchet MS" w:hAnsi="Symbol" w:cs="Trebuchet MS" w:hint="default"/>
      </w:rPr>
    </w:lvl>
    <w:lvl w:ilvl="1" w:tplc="040C0003" w:tentative="1">
      <w:start w:val="1"/>
      <w:numFmt w:val="bullet"/>
      <w:lvlText w:val="o"/>
      <w:lvlJc w:val="left"/>
      <w:pPr>
        <w:ind w:left="1098" w:hanging="360"/>
      </w:pPr>
      <w:rPr>
        <w:rFonts w:ascii="Courier New" w:hAnsi="Courier New" w:cs="Courier New" w:hint="default"/>
      </w:rPr>
    </w:lvl>
    <w:lvl w:ilvl="2" w:tplc="040C0005" w:tentative="1">
      <w:start w:val="1"/>
      <w:numFmt w:val="bullet"/>
      <w:lvlText w:val=""/>
      <w:lvlJc w:val="left"/>
      <w:pPr>
        <w:ind w:left="1818" w:hanging="360"/>
      </w:pPr>
      <w:rPr>
        <w:rFonts w:ascii="Wingdings" w:hAnsi="Wingdings" w:hint="default"/>
      </w:rPr>
    </w:lvl>
    <w:lvl w:ilvl="3" w:tplc="040C0001" w:tentative="1">
      <w:start w:val="1"/>
      <w:numFmt w:val="bullet"/>
      <w:lvlText w:val=""/>
      <w:lvlJc w:val="left"/>
      <w:pPr>
        <w:ind w:left="2538" w:hanging="360"/>
      </w:pPr>
      <w:rPr>
        <w:rFonts w:ascii="Symbol" w:hAnsi="Symbol" w:hint="default"/>
      </w:rPr>
    </w:lvl>
    <w:lvl w:ilvl="4" w:tplc="040C0003" w:tentative="1">
      <w:start w:val="1"/>
      <w:numFmt w:val="bullet"/>
      <w:lvlText w:val="o"/>
      <w:lvlJc w:val="left"/>
      <w:pPr>
        <w:ind w:left="3258" w:hanging="360"/>
      </w:pPr>
      <w:rPr>
        <w:rFonts w:ascii="Courier New" w:hAnsi="Courier New" w:cs="Courier New" w:hint="default"/>
      </w:rPr>
    </w:lvl>
    <w:lvl w:ilvl="5" w:tplc="040C0005" w:tentative="1">
      <w:start w:val="1"/>
      <w:numFmt w:val="bullet"/>
      <w:lvlText w:val=""/>
      <w:lvlJc w:val="left"/>
      <w:pPr>
        <w:ind w:left="3978" w:hanging="360"/>
      </w:pPr>
      <w:rPr>
        <w:rFonts w:ascii="Wingdings" w:hAnsi="Wingdings" w:hint="default"/>
      </w:rPr>
    </w:lvl>
    <w:lvl w:ilvl="6" w:tplc="040C0001" w:tentative="1">
      <w:start w:val="1"/>
      <w:numFmt w:val="bullet"/>
      <w:lvlText w:val=""/>
      <w:lvlJc w:val="left"/>
      <w:pPr>
        <w:ind w:left="4698" w:hanging="360"/>
      </w:pPr>
      <w:rPr>
        <w:rFonts w:ascii="Symbol" w:hAnsi="Symbol" w:hint="default"/>
      </w:rPr>
    </w:lvl>
    <w:lvl w:ilvl="7" w:tplc="040C0003" w:tentative="1">
      <w:start w:val="1"/>
      <w:numFmt w:val="bullet"/>
      <w:lvlText w:val="o"/>
      <w:lvlJc w:val="left"/>
      <w:pPr>
        <w:ind w:left="5418" w:hanging="360"/>
      </w:pPr>
      <w:rPr>
        <w:rFonts w:ascii="Courier New" w:hAnsi="Courier New" w:cs="Courier New" w:hint="default"/>
      </w:rPr>
    </w:lvl>
    <w:lvl w:ilvl="8" w:tplc="040C0005" w:tentative="1">
      <w:start w:val="1"/>
      <w:numFmt w:val="bullet"/>
      <w:lvlText w:val=""/>
      <w:lvlJc w:val="left"/>
      <w:pPr>
        <w:ind w:left="6138" w:hanging="360"/>
      </w:pPr>
      <w:rPr>
        <w:rFonts w:ascii="Wingdings" w:hAnsi="Wingdings" w:hint="default"/>
      </w:rPr>
    </w:lvl>
  </w:abstractNum>
  <w:abstractNum w:abstractNumId="14" w15:restartNumberingAfterBreak="0">
    <w:nsid w:val="6BC070C6"/>
    <w:multiLevelType w:val="hybridMultilevel"/>
    <w:tmpl w:val="7ECAA57E"/>
    <w:lvl w:ilvl="0" w:tplc="040C0001">
      <w:start w:val="1"/>
      <w:numFmt w:val="bullet"/>
      <w:lvlText w:val=""/>
      <w:lvlJc w:val="left"/>
      <w:pPr>
        <w:ind w:left="-641" w:hanging="360"/>
      </w:pPr>
      <w:rPr>
        <w:rFonts w:ascii="Symbol" w:hAnsi="Symbol" w:hint="default"/>
      </w:rPr>
    </w:lvl>
    <w:lvl w:ilvl="1" w:tplc="040C0003" w:tentative="1">
      <w:start w:val="1"/>
      <w:numFmt w:val="bullet"/>
      <w:lvlText w:val="o"/>
      <w:lvlJc w:val="left"/>
      <w:pPr>
        <w:ind w:left="79" w:hanging="360"/>
      </w:pPr>
      <w:rPr>
        <w:rFonts w:ascii="Courier New" w:hAnsi="Courier New" w:cs="Courier New" w:hint="default"/>
      </w:rPr>
    </w:lvl>
    <w:lvl w:ilvl="2" w:tplc="040C0005" w:tentative="1">
      <w:start w:val="1"/>
      <w:numFmt w:val="bullet"/>
      <w:lvlText w:val=""/>
      <w:lvlJc w:val="left"/>
      <w:pPr>
        <w:ind w:left="799" w:hanging="360"/>
      </w:pPr>
      <w:rPr>
        <w:rFonts w:ascii="Wingdings" w:hAnsi="Wingdings" w:hint="default"/>
      </w:rPr>
    </w:lvl>
    <w:lvl w:ilvl="3" w:tplc="040C0001" w:tentative="1">
      <w:start w:val="1"/>
      <w:numFmt w:val="bullet"/>
      <w:lvlText w:val=""/>
      <w:lvlJc w:val="left"/>
      <w:pPr>
        <w:ind w:left="1519" w:hanging="360"/>
      </w:pPr>
      <w:rPr>
        <w:rFonts w:ascii="Symbol" w:hAnsi="Symbol" w:hint="default"/>
      </w:rPr>
    </w:lvl>
    <w:lvl w:ilvl="4" w:tplc="040C0003" w:tentative="1">
      <w:start w:val="1"/>
      <w:numFmt w:val="bullet"/>
      <w:lvlText w:val="o"/>
      <w:lvlJc w:val="left"/>
      <w:pPr>
        <w:ind w:left="2239" w:hanging="360"/>
      </w:pPr>
      <w:rPr>
        <w:rFonts w:ascii="Courier New" w:hAnsi="Courier New" w:cs="Courier New" w:hint="default"/>
      </w:rPr>
    </w:lvl>
    <w:lvl w:ilvl="5" w:tplc="040C0005" w:tentative="1">
      <w:start w:val="1"/>
      <w:numFmt w:val="bullet"/>
      <w:lvlText w:val=""/>
      <w:lvlJc w:val="left"/>
      <w:pPr>
        <w:ind w:left="2959" w:hanging="360"/>
      </w:pPr>
      <w:rPr>
        <w:rFonts w:ascii="Wingdings" w:hAnsi="Wingdings" w:hint="default"/>
      </w:rPr>
    </w:lvl>
    <w:lvl w:ilvl="6" w:tplc="040C0001" w:tentative="1">
      <w:start w:val="1"/>
      <w:numFmt w:val="bullet"/>
      <w:lvlText w:val=""/>
      <w:lvlJc w:val="left"/>
      <w:pPr>
        <w:ind w:left="3679" w:hanging="360"/>
      </w:pPr>
      <w:rPr>
        <w:rFonts w:ascii="Symbol" w:hAnsi="Symbol" w:hint="default"/>
      </w:rPr>
    </w:lvl>
    <w:lvl w:ilvl="7" w:tplc="040C0003" w:tentative="1">
      <w:start w:val="1"/>
      <w:numFmt w:val="bullet"/>
      <w:lvlText w:val="o"/>
      <w:lvlJc w:val="left"/>
      <w:pPr>
        <w:ind w:left="4399" w:hanging="360"/>
      </w:pPr>
      <w:rPr>
        <w:rFonts w:ascii="Courier New" w:hAnsi="Courier New" w:cs="Courier New" w:hint="default"/>
      </w:rPr>
    </w:lvl>
    <w:lvl w:ilvl="8" w:tplc="040C0005" w:tentative="1">
      <w:start w:val="1"/>
      <w:numFmt w:val="bullet"/>
      <w:lvlText w:val=""/>
      <w:lvlJc w:val="left"/>
      <w:pPr>
        <w:ind w:left="5119" w:hanging="360"/>
      </w:pPr>
      <w:rPr>
        <w:rFonts w:ascii="Wingdings" w:hAnsi="Wingdings" w:hint="default"/>
      </w:rPr>
    </w:lvl>
  </w:abstractNum>
  <w:num w:numId="1" w16cid:durableId="594829538">
    <w:abstractNumId w:val="8"/>
  </w:num>
  <w:num w:numId="2" w16cid:durableId="981737854">
    <w:abstractNumId w:val="6"/>
  </w:num>
  <w:num w:numId="3" w16cid:durableId="733159134">
    <w:abstractNumId w:val="5"/>
  </w:num>
  <w:num w:numId="4" w16cid:durableId="1261451512">
    <w:abstractNumId w:val="4"/>
  </w:num>
  <w:num w:numId="5" w16cid:durableId="1703091961">
    <w:abstractNumId w:val="7"/>
  </w:num>
  <w:num w:numId="6" w16cid:durableId="2139496237">
    <w:abstractNumId w:val="3"/>
  </w:num>
  <w:num w:numId="7" w16cid:durableId="1562249317">
    <w:abstractNumId w:val="2"/>
  </w:num>
  <w:num w:numId="8" w16cid:durableId="740982234">
    <w:abstractNumId w:val="1"/>
  </w:num>
  <w:num w:numId="9" w16cid:durableId="2013331837">
    <w:abstractNumId w:val="0"/>
  </w:num>
  <w:num w:numId="10" w16cid:durableId="899513820">
    <w:abstractNumId w:val="11"/>
  </w:num>
  <w:num w:numId="11" w16cid:durableId="640160653">
    <w:abstractNumId w:val="10"/>
  </w:num>
  <w:num w:numId="12" w16cid:durableId="1146046597">
    <w:abstractNumId w:val="14"/>
  </w:num>
  <w:num w:numId="13" w16cid:durableId="1111510356">
    <w:abstractNumId w:val="13"/>
  </w:num>
  <w:num w:numId="14" w16cid:durableId="216824393">
    <w:abstractNumId w:val="9"/>
  </w:num>
  <w:num w:numId="15" w16cid:durableId="1183010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5"/>
  <w:revisionView w:inkAnnotations="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2ADA"/>
    <w:rsid w:val="000928D9"/>
    <w:rsid w:val="000977F7"/>
    <w:rsid w:val="000A4117"/>
    <w:rsid w:val="000B2A79"/>
    <w:rsid w:val="001049C5"/>
    <w:rsid w:val="00111F49"/>
    <w:rsid w:val="001161AD"/>
    <w:rsid w:val="00143660"/>
    <w:rsid w:val="0015074B"/>
    <w:rsid w:val="00193D97"/>
    <w:rsid w:val="001F7F24"/>
    <w:rsid w:val="002020BA"/>
    <w:rsid w:val="00206E64"/>
    <w:rsid w:val="00257431"/>
    <w:rsid w:val="0026129C"/>
    <w:rsid w:val="0029639D"/>
    <w:rsid w:val="00296900"/>
    <w:rsid w:val="002C1FB9"/>
    <w:rsid w:val="00302969"/>
    <w:rsid w:val="0031339E"/>
    <w:rsid w:val="00326F90"/>
    <w:rsid w:val="00365EEA"/>
    <w:rsid w:val="003D0F79"/>
    <w:rsid w:val="00410BC6"/>
    <w:rsid w:val="004C0E55"/>
    <w:rsid w:val="005221A2"/>
    <w:rsid w:val="005446A0"/>
    <w:rsid w:val="00566042"/>
    <w:rsid w:val="00585B71"/>
    <w:rsid w:val="005B06BE"/>
    <w:rsid w:val="005C246A"/>
    <w:rsid w:val="005F5BA3"/>
    <w:rsid w:val="006302CE"/>
    <w:rsid w:val="0066222E"/>
    <w:rsid w:val="007277D3"/>
    <w:rsid w:val="00736BF5"/>
    <w:rsid w:val="007B02B7"/>
    <w:rsid w:val="008234B8"/>
    <w:rsid w:val="00851D22"/>
    <w:rsid w:val="00856BD3"/>
    <w:rsid w:val="008C0757"/>
    <w:rsid w:val="009457AB"/>
    <w:rsid w:val="009629F0"/>
    <w:rsid w:val="00971F4A"/>
    <w:rsid w:val="009864D4"/>
    <w:rsid w:val="009A5D0B"/>
    <w:rsid w:val="009B7234"/>
    <w:rsid w:val="009C1645"/>
    <w:rsid w:val="009F5DB7"/>
    <w:rsid w:val="00A32E37"/>
    <w:rsid w:val="00A47AD1"/>
    <w:rsid w:val="00A57C74"/>
    <w:rsid w:val="00A64981"/>
    <w:rsid w:val="00A67758"/>
    <w:rsid w:val="00AA1D8D"/>
    <w:rsid w:val="00AB2B4B"/>
    <w:rsid w:val="00AB62D7"/>
    <w:rsid w:val="00AC5B1F"/>
    <w:rsid w:val="00AC6A75"/>
    <w:rsid w:val="00AE4D99"/>
    <w:rsid w:val="00B009C7"/>
    <w:rsid w:val="00B03F47"/>
    <w:rsid w:val="00B36B46"/>
    <w:rsid w:val="00B47730"/>
    <w:rsid w:val="00B719A8"/>
    <w:rsid w:val="00B962A6"/>
    <w:rsid w:val="00BF3B24"/>
    <w:rsid w:val="00C12016"/>
    <w:rsid w:val="00C1625E"/>
    <w:rsid w:val="00C636CB"/>
    <w:rsid w:val="00C865F1"/>
    <w:rsid w:val="00CB0664"/>
    <w:rsid w:val="00CF15E2"/>
    <w:rsid w:val="00D06C0E"/>
    <w:rsid w:val="00D11BAE"/>
    <w:rsid w:val="00D50D7E"/>
    <w:rsid w:val="00D737F6"/>
    <w:rsid w:val="00D92B96"/>
    <w:rsid w:val="00DA0B48"/>
    <w:rsid w:val="00DE34B8"/>
    <w:rsid w:val="00E13346"/>
    <w:rsid w:val="00E77236"/>
    <w:rsid w:val="00EA58AA"/>
    <w:rsid w:val="00EC3F5D"/>
    <w:rsid w:val="00ED5B66"/>
    <w:rsid w:val="00EF6277"/>
    <w:rsid w:val="00F5664C"/>
    <w:rsid w:val="00FB1502"/>
    <w:rsid w:val="00FC5B23"/>
    <w:rsid w:val="00FC693F"/>
    <w:rsid w:val="00FD0C76"/>
    <w:rsid w:val="00FD65AD"/>
    <w:rsid w:val="00FF6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DFB3C1"/>
  <w14:defaultImageDpi w14:val="300"/>
  <w15:docId w15:val="{2AA68DED-002B-4770-AB07-04DF04F9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Paragraph">
    <w:name w:val="Table Paragraph"/>
    <w:basedOn w:val="Normal"/>
    <w:uiPriority w:val="1"/>
    <w:qFormat/>
    <w:rsid w:val="00BF3B24"/>
    <w:pPr>
      <w:widowControl w:val="0"/>
      <w:autoSpaceDE w:val="0"/>
      <w:autoSpaceDN w:val="0"/>
      <w:spacing w:after="0" w:line="240" w:lineRule="auto"/>
    </w:pPr>
    <w:rPr>
      <w:rFonts w:ascii="Trebuchet MS" w:eastAsia="Trebuchet MS" w:hAnsi="Trebuchet MS" w:cs="Trebuchet MS"/>
      <w:lang w:val="fr-FR"/>
    </w:rPr>
  </w:style>
  <w:style w:type="table" w:customStyle="1" w:styleId="TableGrid">
    <w:name w:val="TableGrid"/>
    <w:rsid w:val="00BF3B24"/>
    <w:pPr>
      <w:spacing w:after="0" w:line="240" w:lineRule="auto"/>
    </w:pPr>
    <w:rPr>
      <w:lang w:val="fr-FR"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5446A0"/>
    <w:rPr>
      <w:color w:val="0000FF" w:themeColor="hyperlink"/>
      <w:u w:val="single"/>
    </w:rPr>
  </w:style>
  <w:style w:type="character" w:styleId="Mentionnonrsolue">
    <w:name w:val="Unresolved Mention"/>
    <w:basedOn w:val="Policepardfaut"/>
    <w:uiPriority w:val="99"/>
    <w:semiHidden/>
    <w:unhideWhenUsed/>
    <w:rsid w:val="005446A0"/>
    <w:rPr>
      <w:color w:val="605E5C"/>
      <w:shd w:val="clear" w:color="auto" w:fill="E1DFDD"/>
    </w:rPr>
  </w:style>
  <w:style w:type="character" w:styleId="Lienhypertextesuivivisit">
    <w:name w:val="FollowedHyperlink"/>
    <w:basedOn w:val="Policepardfaut"/>
    <w:uiPriority w:val="99"/>
    <w:semiHidden/>
    <w:unhideWhenUsed/>
    <w:rsid w:val="00C865F1"/>
    <w:rPr>
      <w:color w:val="800080" w:themeColor="followedHyperlink"/>
      <w:u w:val="single"/>
    </w:rPr>
  </w:style>
  <w:style w:type="table" w:customStyle="1" w:styleId="TableNormal">
    <w:name w:val="Table Normal"/>
    <w:uiPriority w:val="2"/>
    <w:semiHidden/>
    <w:unhideWhenUsed/>
    <w:qFormat/>
    <w:rsid w:val="00ED5B66"/>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image" Target="media/image2.jpg" /></Relationships>
</file>

<file path=word/_rels/header1.xml.rels><?xml version="1.0" encoding="UTF-8" standalone="yes"?>
<Relationships xmlns="http://schemas.openxmlformats.org/package/2006/relationships"><Relationship Id="rId1" Type="http://schemas.openxmlformats.org/officeDocument/2006/relationships/image" Target="media/image3.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2666</Words>
  <Characters>14664</Characters>
  <Application>Microsoft Office Word</Application>
  <DocSecurity>0</DocSecurity>
  <Lines>122</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sandrine schmitter</cp:lastModifiedBy>
  <cp:revision>2</cp:revision>
  <cp:lastPrinted>2025-07-20T15:25:00Z</cp:lastPrinted>
  <dcterms:created xsi:type="dcterms:W3CDTF">2026-08-28T11:10:00Z</dcterms:created>
  <dcterms:modified xsi:type="dcterms:W3CDTF">2026-08-28T11:10:00Z</dcterms:modified>
  <cp:category/>
</cp:coreProperties>
</file>